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6840"/>
        <w:gridCol w:w="3686"/>
      </w:tblGrid>
      <w:tr w:rsidR="00732B6B" w14:paraId="20CE5855" w14:textId="77777777">
        <w:trPr>
          <w:jc w:val="center"/>
        </w:trPr>
        <w:tc>
          <w:tcPr>
            <w:tcW w:w="6840" w:type="dxa"/>
            <w:tcMar>
              <w:top w:w="0" w:type="dxa"/>
              <w:left w:w="0" w:type="dxa"/>
              <w:bottom w:w="15" w:type="dxa"/>
              <w:right w:w="40" w:type="dxa"/>
            </w:tcMar>
          </w:tcPr>
          <w:p w14:paraId="47E6BCD2" w14:textId="77777777" w:rsidR="00732B6B" w:rsidRDefault="00617CB3">
            <w:pPr>
              <w:spacing w:after="20" w:line="240" w:lineRule="exact"/>
            </w:pPr>
            <w:r>
              <w:rPr>
                <w:rFonts w:ascii="Calibri" w:hAnsi="Calibri"/>
                <w:b/>
                <w:color w:val="8B0000"/>
                <w:sz w:val="25"/>
              </w:rPr>
              <w:t>MG CAR CLUB (WELLINGTON CENTRE) INC.</w:t>
            </w:r>
            <w:r>
              <w:rPr>
                <w:rFonts w:ascii="Calibri" w:hAnsi="Calibri"/>
                <w:b/>
                <w:color w:val="8B0000"/>
                <w:sz w:val="25"/>
              </w:rPr>
              <w:br/>
            </w:r>
            <w:r>
              <w:rPr>
                <w:rFonts w:ascii="Calibri" w:hAnsi="Calibri"/>
                <w:b/>
                <w:color w:val="323232"/>
                <w:sz w:val="20"/>
              </w:rPr>
              <w:t>APPLICATION FOR MEMBERSHIP</w:t>
            </w:r>
          </w:p>
        </w:tc>
        <w:tc>
          <w:tcPr>
            <w:tcW w:w="3686" w:type="dxa"/>
            <w:tcMar>
              <w:top w:w="0" w:type="dxa"/>
              <w:left w:w="20" w:type="dxa"/>
              <w:bottom w:w="15" w:type="dxa"/>
              <w:right w:w="0" w:type="dxa"/>
            </w:tcMar>
          </w:tcPr>
          <w:p w14:paraId="79E6A82A" w14:textId="77777777" w:rsidR="00732B6B" w:rsidRDefault="00617CB3">
            <w:pPr>
              <w:spacing w:after="20" w:line="190" w:lineRule="exact"/>
              <w:jc w:val="right"/>
            </w:pPr>
            <w:r>
              <w:rPr>
                <w:rFonts w:ascii="Calibri" w:hAnsi="Calibri"/>
                <w:color w:val="323232"/>
                <w:sz w:val="15"/>
              </w:rPr>
              <w:t>P O Box 3135, Wellington 6140</w:t>
            </w:r>
            <w:r>
              <w:rPr>
                <w:rFonts w:ascii="Calibri" w:hAnsi="Calibri"/>
                <w:color w:val="323232"/>
                <w:sz w:val="15"/>
              </w:rPr>
              <w:br/>
              <w:t>membership@mgcarclub.org.nz</w:t>
            </w:r>
            <w:r>
              <w:rPr>
                <w:rFonts w:ascii="Calibri" w:hAnsi="Calibri"/>
                <w:color w:val="323232"/>
                <w:sz w:val="15"/>
              </w:rPr>
              <w:br/>
              <w:t>www.mgcarclub.org.nz</w:t>
            </w:r>
          </w:p>
        </w:tc>
      </w:tr>
    </w:tbl>
    <w:p w14:paraId="271F7F22" w14:textId="77777777" w:rsidR="00732B6B" w:rsidRDefault="00732B6B">
      <w:pPr>
        <w:spacing w:before="20" w:after="20"/>
      </w:pPr>
    </w:p>
    <w:tbl>
      <w:tblPr>
        <w:tblW w:w="0" w:type="auto"/>
        <w:jc w:val="center"/>
        <w:tblLook w:val="04A0" w:firstRow="1" w:lastRow="0" w:firstColumn="1" w:lastColumn="0" w:noHBand="0" w:noVBand="1"/>
      </w:tblPr>
      <w:tblGrid>
        <w:gridCol w:w="3384"/>
        <w:gridCol w:w="3571"/>
        <w:gridCol w:w="3571"/>
        <w:gridCol w:w="55"/>
      </w:tblGrid>
      <w:tr w:rsidR="00732B6B" w:rsidRPr="00903FA4" w14:paraId="540B6A15" w14:textId="77777777">
        <w:trPr>
          <w:gridAfter w:val="1"/>
          <w:wAfter w:w="55" w:type="dxa"/>
          <w:jc w:val="center"/>
        </w:trPr>
        <w:tc>
          <w:tcPr>
            <w:tcW w:w="10526" w:type="dxa"/>
            <w:gridSpan w:val="3"/>
            <w:shd w:val="clear" w:color="auto" w:fill="8B0000"/>
            <w:tcMar>
              <w:top w:w="30" w:type="dxa"/>
              <w:left w:w="80" w:type="dxa"/>
              <w:bottom w:w="30" w:type="dxa"/>
              <w:right w:w="80" w:type="dxa"/>
            </w:tcMar>
          </w:tcPr>
          <w:p w14:paraId="7E5D1569" w14:textId="77777777" w:rsidR="00732B6B" w:rsidRPr="00903FA4" w:rsidRDefault="00617CB3">
            <w:pPr>
              <w:spacing w:after="0" w:line="200" w:lineRule="exact"/>
              <w:rPr>
                <w:sz w:val="28"/>
                <w:szCs w:val="28"/>
              </w:rPr>
            </w:pPr>
            <w:r w:rsidRPr="00903FA4">
              <w:rPr>
                <w:rFonts w:ascii="Calibri" w:hAnsi="Calibri"/>
                <w:b/>
                <w:color w:val="FFFFFF"/>
                <w:sz w:val="20"/>
                <w:szCs w:val="28"/>
              </w:rPr>
              <w:t>1. MEMBERSHIP TYPE APPLIED FOR (Please tick)</w:t>
            </w:r>
          </w:p>
        </w:tc>
      </w:tr>
      <w:tr w:rsidR="00732B6B" w:rsidRPr="00903FA4" w14:paraId="69E5A84A" w14:textId="77777777">
        <w:trPr>
          <w:jc w:val="center"/>
        </w:trPr>
        <w:tc>
          <w:tcPr>
            <w:tcW w:w="3384" w:type="dxa"/>
            <w:tcMar>
              <w:top w:w="20" w:type="dxa"/>
              <w:left w:w="25" w:type="dxa"/>
              <w:bottom w:w="20" w:type="dxa"/>
              <w:right w:w="25" w:type="dxa"/>
            </w:tcMar>
          </w:tcPr>
          <w:p w14:paraId="54F19B18" w14:textId="77777777" w:rsidR="00732B6B" w:rsidRPr="00903FA4" w:rsidRDefault="00617CB3">
            <w:pPr>
              <w:spacing w:after="0"/>
              <w:rPr>
                <w:sz w:val="36"/>
                <w:szCs w:val="36"/>
              </w:rPr>
            </w:pPr>
            <w:r w:rsidRPr="00903FA4">
              <w:rPr>
                <w:rFonts w:ascii="Calibri" w:hAnsi="Calibri"/>
                <w:b/>
                <w:szCs w:val="36"/>
              </w:rPr>
              <w:t>[  ]  SINGLE</w:t>
            </w:r>
          </w:p>
        </w:tc>
        <w:tc>
          <w:tcPr>
            <w:tcW w:w="3571" w:type="dxa"/>
            <w:tcMar>
              <w:top w:w="20" w:type="dxa"/>
              <w:left w:w="25" w:type="dxa"/>
              <w:bottom w:w="20" w:type="dxa"/>
              <w:right w:w="25" w:type="dxa"/>
            </w:tcMar>
          </w:tcPr>
          <w:p w14:paraId="53D7BE09" w14:textId="77777777" w:rsidR="00732B6B" w:rsidRPr="00903FA4" w:rsidRDefault="00617CB3">
            <w:pPr>
              <w:spacing w:after="0"/>
              <w:rPr>
                <w:sz w:val="36"/>
                <w:szCs w:val="36"/>
              </w:rPr>
            </w:pPr>
            <w:r w:rsidRPr="00903FA4">
              <w:rPr>
                <w:rFonts w:ascii="Calibri" w:hAnsi="Calibri"/>
                <w:b/>
                <w:szCs w:val="36"/>
              </w:rPr>
              <w:t>[  ]  JOINT (Applicant + Partner/Spouse)</w:t>
            </w:r>
          </w:p>
        </w:tc>
        <w:tc>
          <w:tcPr>
            <w:tcW w:w="3571" w:type="dxa"/>
            <w:gridSpan w:val="2"/>
            <w:tcMar>
              <w:top w:w="20" w:type="dxa"/>
              <w:left w:w="25" w:type="dxa"/>
              <w:bottom w:w="20" w:type="dxa"/>
              <w:right w:w="25" w:type="dxa"/>
            </w:tcMar>
          </w:tcPr>
          <w:p w14:paraId="16A242B4" w14:textId="77777777" w:rsidR="00732B6B" w:rsidRPr="00903FA4" w:rsidRDefault="00617CB3">
            <w:pPr>
              <w:spacing w:after="0"/>
              <w:rPr>
                <w:sz w:val="36"/>
                <w:szCs w:val="36"/>
              </w:rPr>
            </w:pPr>
            <w:r w:rsidRPr="00903FA4">
              <w:rPr>
                <w:rFonts w:ascii="Calibri" w:hAnsi="Calibri"/>
                <w:b/>
                <w:szCs w:val="36"/>
              </w:rPr>
              <w:t>[  ]  FAMILY (Joint + Children under 18)</w:t>
            </w:r>
          </w:p>
        </w:tc>
      </w:tr>
    </w:tbl>
    <w:p w14:paraId="2A7601DD" w14:textId="77777777" w:rsidR="00732B6B" w:rsidRPr="00903FA4" w:rsidRDefault="00732B6B">
      <w:pPr>
        <w:spacing w:before="20" w:after="20"/>
        <w:rPr>
          <w:sz w:val="36"/>
          <w:szCs w:val="36"/>
        </w:rPr>
      </w:pPr>
    </w:p>
    <w:tbl>
      <w:tblPr>
        <w:tblW w:w="0" w:type="auto"/>
        <w:jc w:val="center"/>
        <w:tblLook w:val="04A0" w:firstRow="1" w:lastRow="0" w:firstColumn="1" w:lastColumn="0" w:noHBand="0" w:noVBand="1"/>
      </w:tblPr>
      <w:tblGrid>
        <w:gridCol w:w="5263"/>
        <w:gridCol w:w="5263"/>
        <w:gridCol w:w="44"/>
      </w:tblGrid>
      <w:tr w:rsidR="00732B6B" w:rsidRPr="00903FA4" w14:paraId="01AAE1CB" w14:textId="77777777">
        <w:trPr>
          <w:gridAfter w:val="1"/>
          <w:wAfter w:w="44" w:type="dxa"/>
          <w:jc w:val="center"/>
        </w:trPr>
        <w:tc>
          <w:tcPr>
            <w:tcW w:w="10526" w:type="dxa"/>
            <w:gridSpan w:val="2"/>
            <w:shd w:val="clear" w:color="auto" w:fill="8B0000"/>
            <w:tcMar>
              <w:top w:w="30" w:type="dxa"/>
              <w:left w:w="80" w:type="dxa"/>
              <w:bottom w:w="30" w:type="dxa"/>
              <w:right w:w="80" w:type="dxa"/>
            </w:tcMar>
          </w:tcPr>
          <w:p w14:paraId="0C32531B" w14:textId="77777777" w:rsidR="00732B6B" w:rsidRPr="00903FA4" w:rsidRDefault="00617CB3">
            <w:pPr>
              <w:spacing w:after="0" w:line="200" w:lineRule="exact"/>
              <w:rPr>
                <w:sz w:val="36"/>
                <w:szCs w:val="36"/>
              </w:rPr>
            </w:pPr>
            <w:r w:rsidRPr="00903FA4">
              <w:rPr>
                <w:rFonts w:ascii="Calibri" w:hAnsi="Calibri"/>
                <w:b/>
                <w:color w:val="FFFFFF"/>
                <w:sz w:val="24"/>
                <w:szCs w:val="36"/>
              </w:rPr>
              <w:t>2. APPLICANT &amp; PARTNER / SPOUSE DETAILS</w:t>
            </w:r>
          </w:p>
        </w:tc>
      </w:tr>
      <w:tr w:rsidR="00732B6B" w:rsidRPr="00903FA4" w14:paraId="56B50DDD" w14:textId="77777777">
        <w:trPr>
          <w:jc w:val="center"/>
        </w:trPr>
        <w:tc>
          <w:tcPr>
            <w:tcW w:w="5263" w:type="dxa"/>
            <w:shd w:val="clear" w:color="auto" w:fill="F2F2F2"/>
            <w:tcMar>
              <w:top w:w="18" w:type="dxa"/>
              <w:left w:w="35" w:type="dxa"/>
              <w:bottom w:w="18" w:type="dxa"/>
              <w:right w:w="35" w:type="dxa"/>
            </w:tcMar>
          </w:tcPr>
          <w:p w14:paraId="13A4D7F4" w14:textId="77777777" w:rsidR="00732B6B" w:rsidRPr="00903FA4" w:rsidRDefault="00617CB3">
            <w:pPr>
              <w:spacing w:after="0"/>
              <w:rPr>
                <w:sz w:val="36"/>
                <w:szCs w:val="36"/>
              </w:rPr>
            </w:pPr>
            <w:r w:rsidRPr="00903FA4">
              <w:rPr>
                <w:rFonts w:ascii="Calibri" w:hAnsi="Calibri"/>
                <w:b/>
                <w:sz w:val="24"/>
                <w:szCs w:val="36"/>
              </w:rPr>
              <w:t>PRIMARY APPLICANT</w:t>
            </w:r>
          </w:p>
        </w:tc>
        <w:tc>
          <w:tcPr>
            <w:tcW w:w="5263" w:type="dxa"/>
            <w:gridSpan w:val="2"/>
            <w:shd w:val="clear" w:color="auto" w:fill="F2F2F2"/>
            <w:tcMar>
              <w:top w:w="18" w:type="dxa"/>
              <w:left w:w="35" w:type="dxa"/>
              <w:bottom w:w="18" w:type="dxa"/>
              <w:right w:w="35" w:type="dxa"/>
            </w:tcMar>
          </w:tcPr>
          <w:p w14:paraId="35FD6FC1" w14:textId="77777777" w:rsidR="00732B6B" w:rsidRPr="00903FA4" w:rsidRDefault="00617CB3">
            <w:pPr>
              <w:spacing w:after="0"/>
              <w:rPr>
                <w:sz w:val="36"/>
                <w:szCs w:val="36"/>
              </w:rPr>
            </w:pPr>
            <w:r w:rsidRPr="00903FA4">
              <w:rPr>
                <w:rFonts w:ascii="Calibri" w:hAnsi="Calibri"/>
                <w:b/>
                <w:sz w:val="24"/>
                <w:szCs w:val="36"/>
              </w:rPr>
              <w:t>PARTNER / SPOUSE (For Joint or Family)</w:t>
            </w:r>
          </w:p>
        </w:tc>
      </w:tr>
      <w:tr w:rsidR="00732B6B" w:rsidRPr="00903FA4" w14:paraId="1C32FA6F" w14:textId="77777777">
        <w:trPr>
          <w:jc w:val="center"/>
        </w:trPr>
        <w:tc>
          <w:tcPr>
            <w:tcW w:w="5263" w:type="dxa"/>
            <w:tcMar>
              <w:top w:w="18" w:type="dxa"/>
              <w:left w:w="35" w:type="dxa"/>
              <w:bottom w:w="18" w:type="dxa"/>
              <w:right w:w="35" w:type="dxa"/>
            </w:tcMar>
          </w:tcPr>
          <w:p w14:paraId="7AE1AD73" w14:textId="77777777" w:rsidR="00732B6B" w:rsidRPr="00903FA4" w:rsidRDefault="00617CB3">
            <w:pPr>
              <w:spacing w:after="0" w:line="200" w:lineRule="exact"/>
              <w:rPr>
                <w:sz w:val="36"/>
                <w:szCs w:val="36"/>
              </w:rPr>
            </w:pPr>
            <w:r w:rsidRPr="00903FA4">
              <w:rPr>
                <w:rFonts w:ascii="Calibri" w:hAnsi="Calibri"/>
                <w:szCs w:val="36"/>
              </w:rPr>
              <w:t>Full Name: _____________________________________</w:t>
            </w:r>
          </w:p>
        </w:tc>
        <w:tc>
          <w:tcPr>
            <w:tcW w:w="5263" w:type="dxa"/>
            <w:gridSpan w:val="2"/>
            <w:tcMar>
              <w:top w:w="18" w:type="dxa"/>
              <w:left w:w="35" w:type="dxa"/>
              <w:bottom w:w="18" w:type="dxa"/>
              <w:right w:w="35" w:type="dxa"/>
            </w:tcMar>
          </w:tcPr>
          <w:p w14:paraId="3EC810A2" w14:textId="77777777" w:rsidR="00732B6B" w:rsidRPr="00903FA4" w:rsidRDefault="00617CB3">
            <w:pPr>
              <w:spacing w:after="0" w:line="200" w:lineRule="exact"/>
              <w:rPr>
                <w:sz w:val="36"/>
                <w:szCs w:val="36"/>
              </w:rPr>
            </w:pPr>
            <w:r w:rsidRPr="00903FA4">
              <w:rPr>
                <w:rFonts w:ascii="Calibri" w:hAnsi="Calibri"/>
                <w:szCs w:val="36"/>
              </w:rPr>
              <w:t>Full Name: _____________________________________</w:t>
            </w:r>
          </w:p>
        </w:tc>
      </w:tr>
      <w:tr w:rsidR="00732B6B" w:rsidRPr="00903FA4" w14:paraId="09D9F16C" w14:textId="77777777">
        <w:trPr>
          <w:jc w:val="center"/>
        </w:trPr>
        <w:tc>
          <w:tcPr>
            <w:tcW w:w="5263" w:type="dxa"/>
            <w:tcMar>
              <w:top w:w="18" w:type="dxa"/>
              <w:left w:w="35" w:type="dxa"/>
              <w:bottom w:w="18" w:type="dxa"/>
              <w:right w:w="35" w:type="dxa"/>
            </w:tcMar>
          </w:tcPr>
          <w:p w14:paraId="6ABE3728" w14:textId="77777777" w:rsidR="00732B6B" w:rsidRPr="00903FA4" w:rsidRDefault="00617CB3">
            <w:pPr>
              <w:spacing w:after="0" w:line="200" w:lineRule="exact"/>
              <w:rPr>
                <w:sz w:val="36"/>
                <w:szCs w:val="36"/>
              </w:rPr>
            </w:pPr>
            <w:r w:rsidRPr="00903FA4">
              <w:rPr>
                <w:rFonts w:ascii="Calibri" w:hAnsi="Calibri"/>
                <w:szCs w:val="36"/>
              </w:rPr>
              <w:t>Age Group:  [ ] &lt;18   [ ] 18–25   [ ] 26–35   [ ] 36–60   [ ] 60+</w:t>
            </w:r>
          </w:p>
        </w:tc>
        <w:tc>
          <w:tcPr>
            <w:tcW w:w="5263" w:type="dxa"/>
            <w:gridSpan w:val="2"/>
            <w:tcMar>
              <w:top w:w="18" w:type="dxa"/>
              <w:left w:w="35" w:type="dxa"/>
              <w:bottom w:w="18" w:type="dxa"/>
              <w:right w:w="35" w:type="dxa"/>
            </w:tcMar>
          </w:tcPr>
          <w:p w14:paraId="1E56FAA3" w14:textId="77777777" w:rsidR="00732B6B" w:rsidRPr="00903FA4" w:rsidRDefault="00617CB3">
            <w:pPr>
              <w:spacing w:after="0" w:line="200" w:lineRule="exact"/>
              <w:rPr>
                <w:sz w:val="36"/>
                <w:szCs w:val="36"/>
              </w:rPr>
            </w:pPr>
            <w:r w:rsidRPr="00903FA4">
              <w:rPr>
                <w:rFonts w:ascii="Calibri" w:hAnsi="Calibri"/>
                <w:szCs w:val="36"/>
              </w:rPr>
              <w:t>Age Group:  [ ] &lt;18   [ ] 18–25   [ ] 26–35   [ ] 36–60   [ ] 60+</w:t>
            </w:r>
          </w:p>
        </w:tc>
      </w:tr>
      <w:tr w:rsidR="00732B6B" w:rsidRPr="00903FA4" w14:paraId="68DAED9C" w14:textId="77777777">
        <w:trPr>
          <w:jc w:val="center"/>
        </w:trPr>
        <w:tc>
          <w:tcPr>
            <w:tcW w:w="5263" w:type="dxa"/>
            <w:tcMar>
              <w:top w:w="18" w:type="dxa"/>
              <w:left w:w="35" w:type="dxa"/>
              <w:bottom w:w="18" w:type="dxa"/>
              <w:right w:w="35" w:type="dxa"/>
            </w:tcMar>
          </w:tcPr>
          <w:p w14:paraId="090F642D" w14:textId="77777777" w:rsidR="00732B6B" w:rsidRPr="00903FA4" w:rsidRDefault="00617CB3" w:rsidP="00903FA4">
            <w:pPr>
              <w:spacing w:after="0"/>
              <w:rPr>
                <w:sz w:val="36"/>
                <w:szCs w:val="36"/>
              </w:rPr>
            </w:pPr>
            <w:r w:rsidRPr="00903FA4">
              <w:rPr>
                <w:rFonts w:ascii="Calibri" w:hAnsi="Calibri"/>
                <w:szCs w:val="36"/>
              </w:rPr>
              <w:t>Mobile: _________________  Home: ________________</w:t>
            </w:r>
          </w:p>
        </w:tc>
        <w:tc>
          <w:tcPr>
            <w:tcW w:w="5263" w:type="dxa"/>
            <w:gridSpan w:val="2"/>
            <w:tcMar>
              <w:top w:w="18" w:type="dxa"/>
              <w:left w:w="35" w:type="dxa"/>
              <w:bottom w:w="18" w:type="dxa"/>
              <w:right w:w="35" w:type="dxa"/>
            </w:tcMar>
          </w:tcPr>
          <w:p w14:paraId="2E82BEB5" w14:textId="77777777" w:rsidR="00732B6B" w:rsidRPr="00903FA4" w:rsidRDefault="00617CB3" w:rsidP="00903FA4">
            <w:pPr>
              <w:spacing w:after="0"/>
              <w:rPr>
                <w:sz w:val="36"/>
                <w:szCs w:val="36"/>
              </w:rPr>
            </w:pPr>
            <w:r w:rsidRPr="00903FA4">
              <w:rPr>
                <w:rFonts w:ascii="Calibri" w:hAnsi="Calibri"/>
                <w:szCs w:val="36"/>
              </w:rPr>
              <w:t>Mobile: _________________  Work: ________________</w:t>
            </w:r>
          </w:p>
        </w:tc>
      </w:tr>
      <w:tr w:rsidR="00732B6B" w:rsidRPr="00903FA4" w14:paraId="2CDFC8E8" w14:textId="77777777">
        <w:trPr>
          <w:jc w:val="center"/>
        </w:trPr>
        <w:tc>
          <w:tcPr>
            <w:tcW w:w="5263" w:type="dxa"/>
            <w:tcMar>
              <w:top w:w="18" w:type="dxa"/>
              <w:left w:w="35" w:type="dxa"/>
              <w:bottom w:w="18" w:type="dxa"/>
              <w:right w:w="35" w:type="dxa"/>
            </w:tcMar>
          </w:tcPr>
          <w:p w14:paraId="31DA5AEE" w14:textId="77777777" w:rsidR="00732B6B" w:rsidRPr="00903FA4" w:rsidRDefault="00617CB3" w:rsidP="00903FA4">
            <w:pPr>
              <w:spacing w:after="0"/>
              <w:rPr>
                <w:sz w:val="36"/>
                <w:szCs w:val="36"/>
              </w:rPr>
            </w:pPr>
            <w:r w:rsidRPr="00903FA4">
              <w:rPr>
                <w:rFonts w:ascii="Calibri" w:hAnsi="Calibri"/>
                <w:szCs w:val="36"/>
              </w:rPr>
              <w:t>Email: _________________________________________</w:t>
            </w:r>
          </w:p>
        </w:tc>
        <w:tc>
          <w:tcPr>
            <w:tcW w:w="5263" w:type="dxa"/>
            <w:gridSpan w:val="2"/>
            <w:tcMar>
              <w:top w:w="18" w:type="dxa"/>
              <w:left w:w="35" w:type="dxa"/>
              <w:bottom w:w="18" w:type="dxa"/>
              <w:right w:w="35" w:type="dxa"/>
            </w:tcMar>
          </w:tcPr>
          <w:p w14:paraId="20DF2D76" w14:textId="77777777" w:rsidR="00732B6B" w:rsidRPr="00903FA4" w:rsidRDefault="00617CB3" w:rsidP="00903FA4">
            <w:pPr>
              <w:spacing w:after="0"/>
              <w:rPr>
                <w:sz w:val="36"/>
                <w:szCs w:val="36"/>
              </w:rPr>
            </w:pPr>
            <w:r w:rsidRPr="00903FA4">
              <w:rPr>
                <w:rFonts w:ascii="Calibri" w:hAnsi="Calibri"/>
                <w:szCs w:val="36"/>
              </w:rPr>
              <w:t>Email: _________________________________________</w:t>
            </w:r>
          </w:p>
        </w:tc>
      </w:tr>
      <w:tr w:rsidR="00732B6B" w:rsidRPr="00903FA4" w14:paraId="5F655905" w14:textId="77777777">
        <w:trPr>
          <w:jc w:val="center"/>
        </w:trPr>
        <w:tc>
          <w:tcPr>
            <w:tcW w:w="5263" w:type="dxa"/>
            <w:tcMar>
              <w:top w:w="18" w:type="dxa"/>
              <w:left w:w="35" w:type="dxa"/>
              <w:bottom w:w="18" w:type="dxa"/>
              <w:right w:w="35" w:type="dxa"/>
            </w:tcMar>
          </w:tcPr>
          <w:p w14:paraId="202B393C" w14:textId="77777777" w:rsidR="00732B6B" w:rsidRPr="00903FA4" w:rsidRDefault="00617CB3" w:rsidP="00903FA4">
            <w:pPr>
              <w:spacing w:after="0"/>
              <w:rPr>
                <w:sz w:val="36"/>
                <w:szCs w:val="36"/>
              </w:rPr>
            </w:pPr>
            <w:r w:rsidRPr="00903FA4">
              <w:rPr>
                <w:rFonts w:ascii="Calibri" w:hAnsi="Calibri"/>
                <w:szCs w:val="36"/>
              </w:rPr>
              <w:t>Race / MSNZ Licence No: ________________________</w:t>
            </w:r>
          </w:p>
        </w:tc>
        <w:tc>
          <w:tcPr>
            <w:tcW w:w="5263" w:type="dxa"/>
            <w:gridSpan w:val="2"/>
            <w:tcMar>
              <w:top w:w="18" w:type="dxa"/>
              <w:left w:w="35" w:type="dxa"/>
              <w:bottom w:w="18" w:type="dxa"/>
              <w:right w:w="35" w:type="dxa"/>
            </w:tcMar>
          </w:tcPr>
          <w:p w14:paraId="353F7B2E" w14:textId="77777777" w:rsidR="00732B6B" w:rsidRPr="00903FA4" w:rsidRDefault="00617CB3" w:rsidP="00903FA4">
            <w:pPr>
              <w:spacing w:after="0"/>
              <w:rPr>
                <w:sz w:val="36"/>
                <w:szCs w:val="36"/>
              </w:rPr>
            </w:pPr>
            <w:r w:rsidRPr="00903FA4">
              <w:rPr>
                <w:rFonts w:ascii="Calibri" w:hAnsi="Calibri"/>
                <w:szCs w:val="36"/>
              </w:rPr>
              <w:t>Race / MSNZ Licence No: ________________________</w:t>
            </w:r>
          </w:p>
        </w:tc>
      </w:tr>
    </w:tbl>
    <w:p w14:paraId="6886CC42" w14:textId="77777777" w:rsidR="00903FA4" w:rsidRDefault="00617CB3" w:rsidP="00903FA4">
      <w:pPr>
        <w:spacing w:before="20" w:after="20"/>
        <w:rPr>
          <w:rFonts w:ascii="Calibri" w:hAnsi="Calibri"/>
          <w:szCs w:val="36"/>
        </w:rPr>
      </w:pPr>
      <w:r w:rsidRPr="00903FA4">
        <w:rPr>
          <w:rFonts w:ascii="Calibri" w:hAnsi="Calibri"/>
          <w:szCs w:val="36"/>
        </w:rPr>
        <w:t xml:space="preserve">Residential Address: __________________________________________________________________  </w:t>
      </w:r>
    </w:p>
    <w:p w14:paraId="4E14EF54" w14:textId="0527F24B" w:rsidR="00732B6B" w:rsidRPr="00903FA4" w:rsidRDefault="00617CB3" w:rsidP="00903FA4">
      <w:pPr>
        <w:spacing w:before="20" w:after="20"/>
        <w:rPr>
          <w:sz w:val="36"/>
          <w:szCs w:val="36"/>
        </w:rPr>
      </w:pPr>
      <w:r w:rsidRPr="00903FA4">
        <w:rPr>
          <w:rFonts w:ascii="Calibri" w:hAnsi="Calibri"/>
          <w:szCs w:val="36"/>
        </w:rPr>
        <w:t>Postcode: ______________</w:t>
      </w:r>
      <w:r w:rsidRPr="00903FA4">
        <w:rPr>
          <w:rFonts w:ascii="Calibri" w:hAnsi="Calibri"/>
          <w:szCs w:val="36"/>
        </w:rPr>
        <w:br/>
        <w:t>Children under 18 (Family Memberships - Names &amp; Ages): ___________________________________________________________</w:t>
      </w:r>
    </w:p>
    <w:tbl>
      <w:tblPr>
        <w:tblW w:w="0" w:type="auto"/>
        <w:jc w:val="center"/>
        <w:tblLook w:val="04A0" w:firstRow="1" w:lastRow="0" w:firstColumn="1" w:lastColumn="0" w:noHBand="0" w:noVBand="1"/>
      </w:tblPr>
      <w:tblGrid>
        <w:gridCol w:w="1152"/>
        <w:gridCol w:w="1728"/>
        <w:gridCol w:w="2160"/>
        <w:gridCol w:w="2016"/>
        <w:gridCol w:w="1584"/>
        <w:gridCol w:w="1886"/>
        <w:gridCol w:w="57"/>
      </w:tblGrid>
      <w:tr w:rsidR="00732B6B" w:rsidRPr="00903FA4" w14:paraId="692FF6B4" w14:textId="77777777">
        <w:trPr>
          <w:gridAfter w:val="1"/>
          <w:wAfter w:w="57" w:type="dxa"/>
          <w:jc w:val="center"/>
        </w:trPr>
        <w:tc>
          <w:tcPr>
            <w:tcW w:w="10526" w:type="dxa"/>
            <w:gridSpan w:val="6"/>
            <w:shd w:val="clear" w:color="auto" w:fill="8B0000"/>
            <w:tcMar>
              <w:top w:w="30" w:type="dxa"/>
              <w:left w:w="80" w:type="dxa"/>
              <w:bottom w:w="30" w:type="dxa"/>
              <w:right w:w="80" w:type="dxa"/>
            </w:tcMar>
          </w:tcPr>
          <w:p w14:paraId="5047AFCC" w14:textId="77777777" w:rsidR="00732B6B" w:rsidRPr="00903FA4" w:rsidRDefault="00617CB3" w:rsidP="00E44A34">
            <w:pPr>
              <w:spacing w:after="0" w:line="240" w:lineRule="auto"/>
              <w:rPr>
                <w:sz w:val="36"/>
                <w:szCs w:val="36"/>
              </w:rPr>
            </w:pPr>
            <w:r w:rsidRPr="00903FA4">
              <w:rPr>
                <w:rFonts w:ascii="Calibri" w:hAnsi="Calibri"/>
                <w:b/>
                <w:color w:val="FFFFFF"/>
                <w:sz w:val="24"/>
                <w:szCs w:val="36"/>
              </w:rPr>
              <w:t>3. VEHICLES CURRENTLY OWNED</w:t>
            </w:r>
          </w:p>
        </w:tc>
      </w:tr>
      <w:tr w:rsidR="00732B6B" w:rsidRPr="00903FA4" w14:paraId="66845842" w14:textId="77777777" w:rsidTr="00903FA4">
        <w:trPr>
          <w:jc w:val="center"/>
        </w:trPr>
        <w:tc>
          <w:tcPr>
            <w:tcW w:w="1152" w:type="dxa"/>
            <w:tcBorders>
              <w:bottom w:val="single" w:sz="4" w:space="0" w:color="auto"/>
            </w:tcBorders>
            <w:shd w:val="clear" w:color="auto" w:fill="F2F2F2"/>
            <w:tcMar>
              <w:top w:w="16" w:type="dxa"/>
              <w:left w:w="20" w:type="dxa"/>
              <w:bottom w:w="16" w:type="dxa"/>
              <w:right w:w="20" w:type="dxa"/>
            </w:tcMar>
          </w:tcPr>
          <w:p w14:paraId="7018502C" w14:textId="77777777" w:rsidR="00732B6B" w:rsidRPr="00903FA4" w:rsidRDefault="00617CB3">
            <w:pPr>
              <w:spacing w:after="0"/>
              <w:rPr>
                <w:sz w:val="36"/>
                <w:szCs w:val="36"/>
              </w:rPr>
            </w:pPr>
            <w:r w:rsidRPr="00903FA4">
              <w:rPr>
                <w:rFonts w:ascii="Calibri" w:hAnsi="Calibri"/>
                <w:b/>
                <w:szCs w:val="36"/>
              </w:rPr>
              <w:t>Year</w:t>
            </w:r>
          </w:p>
        </w:tc>
        <w:tc>
          <w:tcPr>
            <w:tcW w:w="1728" w:type="dxa"/>
            <w:tcBorders>
              <w:bottom w:val="single" w:sz="4" w:space="0" w:color="auto"/>
            </w:tcBorders>
            <w:shd w:val="clear" w:color="auto" w:fill="F2F2F2"/>
            <w:tcMar>
              <w:top w:w="16" w:type="dxa"/>
              <w:left w:w="20" w:type="dxa"/>
              <w:bottom w:w="16" w:type="dxa"/>
              <w:right w:w="20" w:type="dxa"/>
            </w:tcMar>
          </w:tcPr>
          <w:p w14:paraId="6FC8A0B1" w14:textId="77777777" w:rsidR="00732B6B" w:rsidRPr="00903FA4" w:rsidRDefault="00617CB3">
            <w:pPr>
              <w:spacing w:after="0"/>
              <w:rPr>
                <w:sz w:val="36"/>
                <w:szCs w:val="36"/>
              </w:rPr>
            </w:pPr>
            <w:r w:rsidRPr="00903FA4">
              <w:rPr>
                <w:rFonts w:ascii="Calibri" w:hAnsi="Calibri"/>
                <w:b/>
                <w:szCs w:val="36"/>
              </w:rPr>
              <w:t>Make</w:t>
            </w:r>
          </w:p>
        </w:tc>
        <w:tc>
          <w:tcPr>
            <w:tcW w:w="2160" w:type="dxa"/>
            <w:tcBorders>
              <w:bottom w:val="single" w:sz="4" w:space="0" w:color="auto"/>
            </w:tcBorders>
            <w:shd w:val="clear" w:color="auto" w:fill="F2F2F2"/>
            <w:tcMar>
              <w:top w:w="16" w:type="dxa"/>
              <w:left w:w="20" w:type="dxa"/>
              <w:bottom w:w="16" w:type="dxa"/>
              <w:right w:w="20" w:type="dxa"/>
            </w:tcMar>
          </w:tcPr>
          <w:p w14:paraId="7EC9981D" w14:textId="77777777" w:rsidR="00732B6B" w:rsidRPr="00903FA4" w:rsidRDefault="00617CB3">
            <w:pPr>
              <w:spacing w:after="0"/>
              <w:rPr>
                <w:sz w:val="36"/>
                <w:szCs w:val="36"/>
              </w:rPr>
            </w:pPr>
            <w:r w:rsidRPr="00903FA4">
              <w:rPr>
                <w:rFonts w:ascii="Calibri" w:hAnsi="Calibri"/>
                <w:b/>
                <w:szCs w:val="36"/>
              </w:rPr>
              <w:t>Model</w:t>
            </w:r>
          </w:p>
        </w:tc>
        <w:tc>
          <w:tcPr>
            <w:tcW w:w="2016" w:type="dxa"/>
            <w:tcBorders>
              <w:bottom w:val="single" w:sz="4" w:space="0" w:color="auto"/>
            </w:tcBorders>
            <w:shd w:val="clear" w:color="auto" w:fill="F2F2F2"/>
            <w:tcMar>
              <w:top w:w="16" w:type="dxa"/>
              <w:left w:w="20" w:type="dxa"/>
              <w:bottom w:w="16" w:type="dxa"/>
              <w:right w:w="20" w:type="dxa"/>
            </w:tcMar>
          </w:tcPr>
          <w:p w14:paraId="16DD8D72" w14:textId="77777777" w:rsidR="00732B6B" w:rsidRPr="00903FA4" w:rsidRDefault="00617CB3">
            <w:pPr>
              <w:spacing w:after="0"/>
              <w:rPr>
                <w:sz w:val="36"/>
                <w:szCs w:val="36"/>
              </w:rPr>
            </w:pPr>
            <w:r w:rsidRPr="00903FA4">
              <w:rPr>
                <w:rFonts w:ascii="Calibri" w:hAnsi="Calibri"/>
                <w:b/>
                <w:szCs w:val="36"/>
              </w:rPr>
              <w:t>Body Style / Type</w:t>
            </w:r>
          </w:p>
        </w:tc>
        <w:tc>
          <w:tcPr>
            <w:tcW w:w="1584" w:type="dxa"/>
            <w:tcBorders>
              <w:bottom w:val="single" w:sz="4" w:space="0" w:color="auto"/>
            </w:tcBorders>
            <w:shd w:val="clear" w:color="auto" w:fill="F2F2F2"/>
            <w:tcMar>
              <w:top w:w="16" w:type="dxa"/>
              <w:left w:w="20" w:type="dxa"/>
              <w:bottom w:w="16" w:type="dxa"/>
              <w:right w:w="20" w:type="dxa"/>
            </w:tcMar>
          </w:tcPr>
          <w:p w14:paraId="4C87FA19" w14:textId="77777777" w:rsidR="00732B6B" w:rsidRPr="00903FA4" w:rsidRDefault="00617CB3">
            <w:pPr>
              <w:spacing w:after="0"/>
              <w:rPr>
                <w:sz w:val="36"/>
                <w:szCs w:val="36"/>
              </w:rPr>
            </w:pPr>
            <w:r w:rsidRPr="00903FA4">
              <w:rPr>
                <w:rFonts w:ascii="Calibri" w:hAnsi="Calibri"/>
                <w:b/>
                <w:szCs w:val="36"/>
              </w:rPr>
              <w:t>Colour</w:t>
            </w:r>
          </w:p>
        </w:tc>
        <w:tc>
          <w:tcPr>
            <w:tcW w:w="1943" w:type="dxa"/>
            <w:gridSpan w:val="2"/>
            <w:tcBorders>
              <w:bottom w:val="single" w:sz="4" w:space="0" w:color="auto"/>
            </w:tcBorders>
            <w:shd w:val="clear" w:color="auto" w:fill="F2F2F2"/>
            <w:tcMar>
              <w:top w:w="16" w:type="dxa"/>
              <w:left w:w="20" w:type="dxa"/>
              <w:bottom w:w="16" w:type="dxa"/>
              <w:right w:w="20" w:type="dxa"/>
            </w:tcMar>
          </w:tcPr>
          <w:p w14:paraId="179266F4" w14:textId="77777777" w:rsidR="00732B6B" w:rsidRPr="00903FA4" w:rsidRDefault="00617CB3">
            <w:pPr>
              <w:spacing w:after="0"/>
              <w:rPr>
                <w:sz w:val="36"/>
                <w:szCs w:val="36"/>
              </w:rPr>
            </w:pPr>
            <w:r w:rsidRPr="00903FA4">
              <w:rPr>
                <w:rFonts w:ascii="Calibri" w:hAnsi="Calibri"/>
                <w:b/>
                <w:szCs w:val="36"/>
              </w:rPr>
              <w:t>Registration No.</w:t>
            </w:r>
          </w:p>
        </w:tc>
      </w:tr>
      <w:tr w:rsidR="00732B6B" w:rsidRPr="00903FA4" w14:paraId="06C866EF" w14:textId="77777777" w:rsidTr="00903FA4">
        <w:trPr>
          <w:trHeight w:val="400"/>
          <w:jc w:val="center"/>
        </w:trPr>
        <w:tc>
          <w:tcPr>
            <w:tcW w:w="1152" w:type="dxa"/>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20" w:type="dxa"/>
              <w:bottom w:w="50" w:type="dxa"/>
              <w:right w:w="20" w:type="dxa"/>
            </w:tcMar>
          </w:tcPr>
          <w:p w14:paraId="7E3ACFF6" w14:textId="77777777" w:rsidR="00732B6B" w:rsidRPr="00903FA4" w:rsidRDefault="00617CB3">
            <w:pPr>
              <w:spacing w:after="0" w:line="200" w:lineRule="exact"/>
              <w:rPr>
                <w:sz w:val="36"/>
                <w:szCs w:val="36"/>
              </w:rPr>
            </w:pPr>
            <w:r w:rsidRPr="00903FA4">
              <w:rPr>
                <w:szCs w:val="36"/>
              </w:rPr>
              <w:t xml:space="preserve"> </w:t>
            </w:r>
          </w:p>
        </w:tc>
        <w:tc>
          <w:tcPr>
            <w:tcW w:w="1728" w:type="dxa"/>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20" w:type="dxa"/>
              <w:bottom w:w="50" w:type="dxa"/>
              <w:right w:w="20" w:type="dxa"/>
            </w:tcMar>
          </w:tcPr>
          <w:p w14:paraId="31491777" w14:textId="77777777" w:rsidR="00732B6B" w:rsidRPr="00903FA4" w:rsidRDefault="00617CB3">
            <w:pPr>
              <w:spacing w:after="0" w:line="200" w:lineRule="exact"/>
              <w:rPr>
                <w:sz w:val="36"/>
                <w:szCs w:val="36"/>
              </w:rPr>
            </w:pPr>
            <w:r w:rsidRPr="00903FA4">
              <w:rPr>
                <w:szCs w:val="36"/>
              </w:rPr>
              <w:t xml:space="preserve"> </w:t>
            </w:r>
          </w:p>
        </w:tc>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20" w:type="dxa"/>
              <w:bottom w:w="50" w:type="dxa"/>
              <w:right w:w="20" w:type="dxa"/>
            </w:tcMar>
          </w:tcPr>
          <w:p w14:paraId="5C15F6E3" w14:textId="77777777" w:rsidR="00732B6B" w:rsidRPr="00903FA4" w:rsidRDefault="00617CB3">
            <w:pPr>
              <w:spacing w:after="0" w:line="200" w:lineRule="exact"/>
              <w:rPr>
                <w:sz w:val="36"/>
                <w:szCs w:val="36"/>
              </w:rPr>
            </w:pPr>
            <w:r w:rsidRPr="00903FA4">
              <w:rPr>
                <w:szCs w:val="36"/>
              </w:rPr>
              <w:t xml:space="preserve"> </w:t>
            </w:r>
          </w:p>
        </w:tc>
        <w:tc>
          <w:tcPr>
            <w:tcW w:w="2016" w:type="dxa"/>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20" w:type="dxa"/>
              <w:bottom w:w="50" w:type="dxa"/>
              <w:right w:w="20" w:type="dxa"/>
            </w:tcMar>
          </w:tcPr>
          <w:p w14:paraId="51AD4751" w14:textId="77777777" w:rsidR="00732B6B" w:rsidRPr="00903FA4" w:rsidRDefault="00617CB3">
            <w:pPr>
              <w:spacing w:after="0" w:line="200" w:lineRule="exact"/>
              <w:rPr>
                <w:sz w:val="36"/>
                <w:szCs w:val="36"/>
              </w:rPr>
            </w:pPr>
            <w:r w:rsidRPr="00903FA4">
              <w:rPr>
                <w:szCs w:val="36"/>
              </w:rPr>
              <w:t xml:space="preserve"> </w:t>
            </w:r>
          </w:p>
        </w:tc>
        <w:tc>
          <w:tcPr>
            <w:tcW w:w="1584" w:type="dxa"/>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20" w:type="dxa"/>
              <w:bottom w:w="50" w:type="dxa"/>
              <w:right w:w="20" w:type="dxa"/>
            </w:tcMar>
          </w:tcPr>
          <w:p w14:paraId="7F95DAFE" w14:textId="77777777" w:rsidR="00732B6B" w:rsidRPr="00903FA4" w:rsidRDefault="00617CB3">
            <w:pPr>
              <w:spacing w:after="0" w:line="200" w:lineRule="exact"/>
              <w:rPr>
                <w:sz w:val="36"/>
                <w:szCs w:val="36"/>
              </w:rPr>
            </w:pPr>
            <w:r w:rsidRPr="00903FA4">
              <w:rPr>
                <w:szCs w:val="36"/>
              </w:rPr>
              <w:t xml:space="preserve"> </w:t>
            </w:r>
          </w:p>
        </w:tc>
        <w:tc>
          <w:tcPr>
            <w:tcW w:w="1943" w:type="dxa"/>
            <w:gridSpan w:val="2"/>
            <w:tcBorders>
              <w:top w:val="single" w:sz="4" w:space="0" w:color="auto"/>
              <w:left w:val="single" w:sz="4" w:space="0" w:color="auto"/>
              <w:bottom w:val="single" w:sz="4" w:space="0" w:color="auto"/>
              <w:right w:val="single" w:sz="4" w:space="0" w:color="auto"/>
            </w:tcBorders>
            <w:shd w:val="clear" w:color="auto" w:fill="FFFFFF" w:themeFill="background1"/>
            <w:tcMar>
              <w:top w:w="50" w:type="dxa"/>
              <w:left w:w="20" w:type="dxa"/>
              <w:bottom w:w="50" w:type="dxa"/>
              <w:right w:w="20" w:type="dxa"/>
            </w:tcMar>
          </w:tcPr>
          <w:p w14:paraId="32FF4A0B" w14:textId="77777777" w:rsidR="00732B6B" w:rsidRPr="00903FA4" w:rsidRDefault="00617CB3">
            <w:pPr>
              <w:spacing w:after="0" w:line="200" w:lineRule="exact"/>
              <w:rPr>
                <w:sz w:val="36"/>
                <w:szCs w:val="36"/>
              </w:rPr>
            </w:pPr>
            <w:r w:rsidRPr="00903FA4">
              <w:rPr>
                <w:szCs w:val="36"/>
              </w:rPr>
              <w:t xml:space="preserve"> </w:t>
            </w:r>
          </w:p>
        </w:tc>
      </w:tr>
      <w:tr w:rsidR="00732B6B" w:rsidRPr="00903FA4" w14:paraId="5FBB2CBB" w14:textId="77777777" w:rsidTr="00903FA4">
        <w:trPr>
          <w:trHeight w:val="400"/>
          <w:jc w:val="center"/>
        </w:trPr>
        <w:tc>
          <w:tcPr>
            <w:tcW w:w="1152"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5121979F" w14:textId="77777777" w:rsidR="00732B6B" w:rsidRPr="00903FA4" w:rsidRDefault="00617CB3">
            <w:pPr>
              <w:spacing w:after="0" w:line="200" w:lineRule="exact"/>
              <w:rPr>
                <w:sz w:val="36"/>
                <w:szCs w:val="36"/>
              </w:rPr>
            </w:pPr>
            <w:r w:rsidRPr="00903FA4">
              <w:rPr>
                <w:szCs w:val="36"/>
              </w:rPr>
              <w:t xml:space="preserve"> </w:t>
            </w:r>
          </w:p>
        </w:tc>
        <w:tc>
          <w:tcPr>
            <w:tcW w:w="1728"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10C27C77" w14:textId="77777777" w:rsidR="00732B6B" w:rsidRPr="00903FA4" w:rsidRDefault="00617CB3">
            <w:pPr>
              <w:spacing w:after="0" w:line="200" w:lineRule="exact"/>
              <w:rPr>
                <w:sz w:val="36"/>
                <w:szCs w:val="36"/>
              </w:rPr>
            </w:pPr>
            <w:r w:rsidRPr="00903FA4">
              <w:rPr>
                <w:szCs w:val="36"/>
              </w:rPr>
              <w:t xml:space="preserve"> </w:t>
            </w:r>
          </w:p>
        </w:tc>
        <w:tc>
          <w:tcPr>
            <w:tcW w:w="2160"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102DA292" w14:textId="77777777" w:rsidR="00732B6B" w:rsidRPr="00903FA4" w:rsidRDefault="00617CB3">
            <w:pPr>
              <w:spacing w:after="0" w:line="200" w:lineRule="exact"/>
              <w:rPr>
                <w:sz w:val="36"/>
                <w:szCs w:val="36"/>
              </w:rPr>
            </w:pPr>
            <w:r w:rsidRPr="00903FA4">
              <w:rPr>
                <w:szCs w:val="36"/>
              </w:rPr>
              <w:t xml:space="preserve"> </w:t>
            </w:r>
          </w:p>
        </w:tc>
        <w:tc>
          <w:tcPr>
            <w:tcW w:w="2016"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41C27D80" w14:textId="77777777" w:rsidR="00732B6B" w:rsidRPr="00903FA4" w:rsidRDefault="00617CB3">
            <w:pPr>
              <w:spacing w:after="0" w:line="200" w:lineRule="exact"/>
              <w:rPr>
                <w:sz w:val="36"/>
                <w:szCs w:val="36"/>
              </w:rPr>
            </w:pPr>
            <w:r w:rsidRPr="00903FA4">
              <w:rPr>
                <w:szCs w:val="36"/>
              </w:rPr>
              <w:t xml:space="preserve"> </w:t>
            </w:r>
          </w:p>
        </w:tc>
        <w:tc>
          <w:tcPr>
            <w:tcW w:w="1584"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5D5575C2" w14:textId="77777777" w:rsidR="00732B6B" w:rsidRPr="00903FA4" w:rsidRDefault="00617CB3">
            <w:pPr>
              <w:spacing w:after="0" w:line="200" w:lineRule="exact"/>
              <w:rPr>
                <w:sz w:val="36"/>
                <w:szCs w:val="36"/>
              </w:rPr>
            </w:pPr>
            <w:r w:rsidRPr="00903FA4">
              <w:rPr>
                <w:szCs w:val="36"/>
              </w:rPr>
              <w:t xml:space="preserve"> </w:t>
            </w:r>
          </w:p>
        </w:tc>
        <w:tc>
          <w:tcPr>
            <w:tcW w:w="1943" w:type="dxa"/>
            <w:gridSpan w:val="2"/>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329380A6" w14:textId="77777777" w:rsidR="00732B6B" w:rsidRPr="00903FA4" w:rsidRDefault="00617CB3">
            <w:pPr>
              <w:spacing w:after="0" w:line="200" w:lineRule="exact"/>
              <w:rPr>
                <w:sz w:val="36"/>
                <w:szCs w:val="36"/>
              </w:rPr>
            </w:pPr>
            <w:r w:rsidRPr="00903FA4">
              <w:rPr>
                <w:szCs w:val="36"/>
              </w:rPr>
              <w:t xml:space="preserve"> </w:t>
            </w:r>
          </w:p>
        </w:tc>
      </w:tr>
      <w:tr w:rsidR="00732B6B" w:rsidRPr="00903FA4" w14:paraId="7EC77434" w14:textId="77777777" w:rsidTr="00903FA4">
        <w:trPr>
          <w:trHeight w:val="400"/>
          <w:jc w:val="center"/>
        </w:trPr>
        <w:tc>
          <w:tcPr>
            <w:tcW w:w="11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0" w:type="dxa"/>
              <w:left w:w="20" w:type="dxa"/>
              <w:bottom w:w="50" w:type="dxa"/>
              <w:right w:w="20" w:type="dxa"/>
            </w:tcMar>
          </w:tcPr>
          <w:p w14:paraId="2AAFE644" w14:textId="77777777" w:rsidR="00732B6B" w:rsidRPr="00903FA4" w:rsidRDefault="00617CB3">
            <w:pPr>
              <w:spacing w:after="0" w:line="200" w:lineRule="exact"/>
              <w:rPr>
                <w:sz w:val="36"/>
                <w:szCs w:val="36"/>
              </w:rPr>
            </w:pPr>
            <w:r w:rsidRPr="00903FA4">
              <w:rPr>
                <w:szCs w:val="36"/>
              </w:rPr>
              <w:t xml:space="preserve"> </w:t>
            </w:r>
          </w:p>
        </w:tc>
        <w:tc>
          <w:tcPr>
            <w:tcW w:w="172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0" w:type="dxa"/>
              <w:left w:w="20" w:type="dxa"/>
              <w:bottom w:w="50" w:type="dxa"/>
              <w:right w:w="20" w:type="dxa"/>
            </w:tcMar>
          </w:tcPr>
          <w:p w14:paraId="39217A7F" w14:textId="77777777" w:rsidR="00732B6B" w:rsidRPr="00903FA4" w:rsidRDefault="00617CB3">
            <w:pPr>
              <w:spacing w:after="0" w:line="200" w:lineRule="exact"/>
              <w:rPr>
                <w:sz w:val="36"/>
                <w:szCs w:val="36"/>
              </w:rPr>
            </w:pPr>
            <w:r w:rsidRPr="00903FA4">
              <w:rPr>
                <w:szCs w:val="36"/>
              </w:rPr>
              <w:t xml:space="preserve"> </w:t>
            </w:r>
          </w:p>
        </w:tc>
        <w:tc>
          <w:tcPr>
            <w:tcW w:w="21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0" w:type="dxa"/>
              <w:left w:w="20" w:type="dxa"/>
              <w:bottom w:w="50" w:type="dxa"/>
              <w:right w:w="20" w:type="dxa"/>
            </w:tcMar>
          </w:tcPr>
          <w:p w14:paraId="54653207" w14:textId="77777777" w:rsidR="00732B6B" w:rsidRPr="00903FA4" w:rsidRDefault="00617CB3">
            <w:pPr>
              <w:spacing w:after="0" w:line="200" w:lineRule="exact"/>
              <w:rPr>
                <w:sz w:val="36"/>
                <w:szCs w:val="36"/>
              </w:rPr>
            </w:pPr>
            <w:r w:rsidRPr="00903FA4">
              <w:rPr>
                <w:szCs w:val="36"/>
              </w:rPr>
              <w:t xml:space="preserve"> </w:t>
            </w:r>
          </w:p>
        </w:tc>
        <w:tc>
          <w:tcPr>
            <w:tcW w:w="20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0" w:type="dxa"/>
              <w:left w:w="20" w:type="dxa"/>
              <w:bottom w:w="50" w:type="dxa"/>
              <w:right w:w="20" w:type="dxa"/>
            </w:tcMar>
          </w:tcPr>
          <w:p w14:paraId="493D12DB" w14:textId="77777777" w:rsidR="00732B6B" w:rsidRPr="00903FA4" w:rsidRDefault="00617CB3">
            <w:pPr>
              <w:spacing w:after="0" w:line="200" w:lineRule="exact"/>
              <w:rPr>
                <w:sz w:val="36"/>
                <w:szCs w:val="36"/>
              </w:rPr>
            </w:pPr>
            <w:r w:rsidRPr="00903FA4">
              <w:rPr>
                <w:szCs w:val="36"/>
              </w:rPr>
              <w:t xml:space="preserve"> </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0" w:type="dxa"/>
              <w:left w:w="20" w:type="dxa"/>
              <w:bottom w:w="50" w:type="dxa"/>
              <w:right w:w="20" w:type="dxa"/>
            </w:tcMar>
          </w:tcPr>
          <w:p w14:paraId="47092D01" w14:textId="77777777" w:rsidR="00732B6B" w:rsidRPr="00903FA4" w:rsidRDefault="00617CB3">
            <w:pPr>
              <w:spacing w:after="0" w:line="200" w:lineRule="exact"/>
              <w:rPr>
                <w:sz w:val="36"/>
                <w:szCs w:val="36"/>
              </w:rPr>
            </w:pPr>
            <w:r w:rsidRPr="00903FA4">
              <w:rPr>
                <w:szCs w:val="36"/>
              </w:rPr>
              <w:t xml:space="preserve"> </w:t>
            </w:r>
          </w:p>
        </w:tc>
        <w:tc>
          <w:tcPr>
            <w:tcW w:w="194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50" w:type="dxa"/>
              <w:left w:w="20" w:type="dxa"/>
              <w:bottom w:w="50" w:type="dxa"/>
              <w:right w:w="20" w:type="dxa"/>
            </w:tcMar>
          </w:tcPr>
          <w:p w14:paraId="46106A36" w14:textId="77777777" w:rsidR="00732B6B" w:rsidRPr="00903FA4" w:rsidRDefault="00617CB3">
            <w:pPr>
              <w:spacing w:after="0" w:line="200" w:lineRule="exact"/>
              <w:rPr>
                <w:sz w:val="36"/>
                <w:szCs w:val="36"/>
              </w:rPr>
            </w:pPr>
            <w:r w:rsidRPr="00903FA4">
              <w:rPr>
                <w:szCs w:val="36"/>
              </w:rPr>
              <w:t xml:space="preserve"> </w:t>
            </w:r>
          </w:p>
        </w:tc>
      </w:tr>
      <w:tr w:rsidR="00732B6B" w:rsidRPr="00903FA4" w14:paraId="330A823C" w14:textId="77777777" w:rsidTr="00903FA4">
        <w:trPr>
          <w:trHeight w:val="400"/>
          <w:jc w:val="center"/>
        </w:trPr>
        <w:tc>
          <w:tcPr>
            <w:tcW w:w="1152"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44C1DFE2" w14:textId="77777777" w:rsidR="00732B6B" w:rsidRPr="00903FA4" w:rsidRDefault="00617CB3">
            <w:pPr>
              <w:spacing w:after="0" w:line="200" w:lineRule="exact"/>
              <w:rPr>
                <w:sz w:val="36"/>
                <w:szCs w:val="36"/>
              </w:rPr>
            </w:pPr>
            <w:r w:rsidRPr="00903FA4">
              <w:rPr>
                <w:szCs w:val="36"/>
              </w:rPr>
              <w:t xml:space="preserve"> </w:t>
            </w:r>
          </w:p>
        </w:tc>
        <w:tc>
          <w:tcPr>
            <w:tcW w:w="1728"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5CB6B7A4" w14:textId="77777777" w:rsidR="00732B6B" w:rsidRPr="00903FA4" w:rsidRDefault="00617CB3">
            <w:pPr>
              <w:spacing w:after="0" w:line="200" w:lineRule="exact"/>
              <w:rPr>
                <w:sz w:val="36"/>
                <w:szCs w:val="36"/>
              </w:rPr>
            </w:pPr>
            <w:r w:rsidRPr="00903FA4">
              <w:rPr>
                <w:szCs w:val="36"/>
              </w:rPr>
              <w:t xml:space="preserve"> </w:t>
            </w:r>
          </w:p>
        </w:tc>
        <w:tc>
          <w:tcPr>
            <w:tcW w:w="2160"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68B006E9" w14:textId="77777777" w:rsidR="00732B6B" w:rsidRPr="00903FA4" w:rsidRDefault="00617CB3">
            <w:pPr>
              <w:spacing w:after="0" w:line="200" w:lineRule="exact"/>
              <w:rPr>
                <w:sz w:val="36"/>
                <w:szCs w:val="36"/>
              </w:rPr>
            </w:pPr>
            <w:r w:rsidRPr="00903FA4">
              <w:rPr>
                <w:szCs w:val="36"/>
              </w:rPr>
              <w:t xml:space="preserve"> </w:t>
            </w:r>
          </w:p>
        </w:tc>
        <w:tc>
          <w:tcPr>
            <w:tcW w:w="2016"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44060DE8" w14:textId="77777777" w:rsidR="00732B6B" w:rsidRPr="00903FA4" w:rsidRDefault="00617CB3">
            <w:pPr>
              <w:spacing w:after="0" w:line="200" w:lineRule="exact"/>
              <w:rPr>
                <w:sz w:val="36"/>
                <w:szCs w:val="36"/>
              </w:rPr>
            </w:pPr>
            <w:r w:rsidRPr="00903FA4">
              <w:rPr>
                <w:szCs w:val="36"/>
              </w:rPr>
              <w:t xml:space="preserve"> </w:t>
            </w:r>
          </w:p>
        </w:tc>
        <w:tc>
          <w:tcPr>
            <w:tcW w:w="1584" w:type="dxa"/>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37506163" w14:textId="77777777" w:rsidR="00732B6B" w:rsidRPr="00903FA4" w:rsidRDefault="00617CB3">
            <w:pPr>
              <w:spacing w:after="0" w:line="200" w:lineRule="exact"/>
              <w:rPr>
                <w:sz w:val="36"/>
                <w:szCs w:val="36"/>
              </w:rPr>
            </w:pPr>
            <w:r w:rsidRPr="00903FA4">
              <w:rPr>
                <w:szCs w:val="36"/>
              </w:rPr>
              <w:t xml:space="preserve"> </w:t>
            </w:r>
          </w:p>
        </w:tc>
        <w:tc>
          <w:tcPr>
            <w:tcW w:w="1943" w:type="dxa"/>
            <w:gridSpan w:val="2"/>
            <w:tcBorders>
              <w:top w:val="single" w:sz="4" w:space="0" w:color="auto"/>
              <w:left w:val="single" w:sz="4" w:space="0" w:color="auto"/>
              <w:bottom w:val="single" w:sz="4" w:space="0" w:color="auto"/>
              <w:right w:val="single" w:sz="4" w:space="0" w:color="auto"/>
            </w:tcBorders>
            <w:tcMar>
              <w:top w:w="50" w:type="dxa"/>
              <w:left w:w="20" w:type="dxa"/>
              <w:bottom w:w="50" w:type="dxa"/>
              <w:right w:w="20" w:type="dxa"/>
            </w:tcMar>
          </w:tcPr>
          <w:p w14:paraId="21B4E038" w14:textId="77777777" w:rsidR="00732B6B" w:rsidRPr="00903FA4" w:rsidRDefault="00617CB3">
            <w:pPr>
              <w:spacing w:after="0" w:line="200" w:lineRule="exact"/>
              <w:rPr>
                <w:sz w:val="36"/>
                <w:szCs w:val="36"/>
              </w:rPr>
            </w:pPr>
            <w:r w:rsidRPr="00903FA4">
              <w:rPr>
                <w:szCs w:val="36"/>
              </w:rPr>
              <w:t xml:space="preserve"> </w:t>
            </w:r>
          </w:p>
        </w:tc>
      </w:tr>
      <w:tr w:rsidR="00732B6B" w:rsidRPr="00903FA4" w14:paraId="67832EE2" w14:textId="77777777">
        <w:trPr>
          <w:gridAfter w:val="1"/>
          <w:wAfter w:w="57" w:type="dxa"/>
          <w:jc w:val="center"/>
        </w:trPr>
        <w:tc>
          <w:tcPr>
            <w:tcW w:w="10526" w:type="dxa"/>
            <w:gridSpan w:val="6"/>
            <w:shd w:val="clear" w:color="auto" w:fill="8B0000"/>
            <w:tcMar>
              <w:top w:w="30" w:type="dxa"/>
              <w:left w:w="80" w:type="dxa"/>
              <w:bottom w:w="30" w:type="dxa"/>
              <w:right w:w="80" w:type="dxa"/>
            </w:tcMar>
          </w:tcPr>
          <w:p w14:paraId="036C2990" w14:textId="77777777" w:rsidR="00732B6B" w:rsidRPr="00903FA4" w:rsidRDefault="00617CB3" w:rsidP="00903FA4">
            <w:pPr>
              <w:spacing w:after="0"/>
              <w:rPr>
                <w:sz w:val="36"/>
                <w:szCs w:val="36"/>
              </w:rPr>
            </w:pPr>
            <w:r w:rsidRPr="00903FA4">
              <w:rPr>
                <w:rFonts w:ascii="Calibri" w:hAnsi="Calibri"/>
                <w:b/>
                <w:color w:val="FFFFFF"/>
                <w:sz w:val="24"/>
                <w:szCs w:val="36"/>
              </w:rPr>
              <w:t>4. CLUB ACTIVITIES OF INTEREST &amp; PREFERENCES</w:t>
            </w:r>
          </w:p>
        </w:tc>
      </w:tr>
    </w:tbl>
    <w:p w14:paraId="5E4CA6F3" w14:textId="77777777" w:rsidR="00BC31FF" w:rsidRDefault="00BC31FF" w:rsidP="00BC31FF">
      <w:pPr>
        <w:spacing w:before="20" w:after="20" w:line="190" w:lineRule="exact"/>
        <w:rPr>
          <w:rFonts w:ascii="Calibri" w:hAnsi="Calibri"/>
          <w:szCs w:val="36"/>
        </w:rPr>
      </w:pPr>
    </w:p>
    <w:p w14:paraId="20021014" w14:textId="0A2F93FA" w:rsidR="00BC31FF" w:rsidRDefault="00617CB3" w:rsidP="00BC31FF">
      <w:pPr>
        <w:spacing w:before="20" w:after="20" w:line="190" w:lineRule="exact"/>
        <w:rPr>
          <w:rFonts w:ascii="Calibri" w:hAnsi="Calibri"/>
          <w:szCs w:val="36"/>
        </w:rPr>
      </w:pPr>
      <w:r w:rsidRPr="00903FA4">
        <w:rPr>
          <w:rFonts w:ascii="Calibri" w:hAnsi="Calibri"/>
          <w:szCs w:val="36"/>
        </w:rPr>
        <w:t xml:space="preserve">[  ] Trials / Sprints / Speed Events     [  ] Driver Training Days         </w:t>
      </w:r>
      <w:r w:rsidR="006F7A4C">
        <w:rPr>
          <w:rFonts w:ascii="Calibri" w:hAnsi="Calibri"/>
          <w:szCs w:val="36"/>
        </w:rPr>
        <w:t xml:space="preserve">        </w:t>
      </w:r>
      <w:r w:rsidRPr="00903FA4">
        <w:rPr>
          <w:rFonts w:ascii="Calibri" w:hAnsi="Calibri"/>
          <w:szCs w:val="36"/>
        </w:rPr>
        <w:t>[  ] Concours / Car Shows</w:t>
      </w:r>
    </w:p>
    <w:p w14:paraId="604D6E6A" w14:textId="1DC4BFE2" w:rsidR="00732B6B" w:rsidRPr="00BC31FF" w:rsidRDefault="00617CB3" w:rsidP="00BC31FF">
      <w:pPr>
        <w:spacing w:before="20" w:after="20" w:line="190" w:lineRule="exact"/>
        <w:rPr>
          <w:rFonts w:ascii="Calibri" w:hAnsi="Calibri"/>
          <w:szCs w:val="36"/>
        </w:rPr>
      </w:pPr>
      <w:r w:rsidRPr="00903FA4">
        <w:rPr>
          <w:rFonts w:ascii="Calibri" w:hAnsi="Calibri"/>
          <w:szCs w:val="36"/>
        </w:rPr>
        <w:br/>
        <w:t xml:space="preserve">[  ] Club </w:t>
      </w:r>
      <w:r w:rsidR="006F7A4C">
        <w:rPr>
          <w:rFonts w:ascii="Calibri" w:hAnsi="Calibri"/>
          <w:szCs w:val="36"/>
        </w:rPr>
        <w:t>Socials</w:t>
      </w:r>
      <w:r w:rsidRPr="00903FA4">
        <w:rPr>
          <w:rFonts w:ascii="Calibri" w:hAnsi="Calibri"/>
          <w:szCs w:val="36"/>
        </w:rPr>
        <w:t xml:space="preserve"> &amp; Social Runs     </w:t>
      </w:r>
      <w:r w:rsidR="006F7A4C">
        <w:rPr>
          <w:rFonts w:ascii="Calibri" w:hAnsi="Calibri"/>
          <w:szCs w:val="36"/>
        </w:rPr>
        <w:t xml:space="preserve">       </w:t>
      </w:r>
      <w:r w:rsidRPr="00903FA4">
        <w:rPr>
          <w:rFonts w:ascii="Calibri" w:hAnsi="Calibri"/>
          <w:szCs w:val="36"/>
        </w:rPr>
        <w:t>[  ] Noggin 'N' Natter (Midweek)  [  ] Weekend Touring / Brunch Runs</w:t>
      </w:r>
      <w:r w:rsidRPr="00903FA4">
        <w:rPr>
          <w:rFonts w:ascii="Calibri" w:hAnsi="Calibri"/>
          <w:szCs w:val="36"/>
        </w:rPr>
        <w:br/>
      </w:r>
    </w:p>
    <w:tbl>
      <w:tblPr>
        <w:tblW w:w="0" w:type="auto"/>
        <w:jc w:val="center"/>
        <w:tblLook w:val="04A0" w:firstRow="1" w:lastRow="0" w:firstColumn="1" w:lastColumn="0" w:noHBand="0" w:noVBand="1"/>
      </w:tblPr>
      <w:tblGrid>
        <w:gridCol w:w="2102"/>
        <w:gridCol w:w="1512"/>
        <w:gridCol w:w="1368"/>
        <w:gridCol w:w="1368"/>
        <w:gridCol w:w="1656"/>
        <w:gridCol w:w="2520"/>
        <w:gridCol w:w="52"/>
      </w:tblGrid>
      <w:tr w:rsidR="00732B6B" w:rsidRPr="00903FA4" w14:paraId="1148B3F2" w14:textId="77777777">
        <w:trPr>
          <w:gridAfter w:val="1"/>
          <w:wAfter w:w="52" w:type="dxa"/>
          <w:jc w:val="center"/>
        </w:trPr>
        <w:tc>
          <w:tcPr>
            <w:tcW w:w="10526" w:type="dxa"/>
            <w:gridSpan w:val="6"/>
            <w:shd w:val="clear" w:color="auto" w:fill="8B0000"/>
            <w:tcMar>
              <w:top w:w="30" w:type="dxa"/>
              <w:left w:w="80" w:type="dxa"/>
              <w:bottom w:w="30" w:type="dxa"/>
              <w:right w:w="80" w:type="dxa"/>
            </w:tcMar>
          </w:tcPr>
          <w:p w14:paraId="1591B13A" w14:textId="77777777" w:rsidR="00732B6B" w:rsidRPr="00903FA4" w:rsidRDefault="00617CB3">
            <w:pPr>
              <w:spacing w:after="0" w:line="200" w:lineRule="exact"/>
              <w:rPr>
                <w:sz w:val="36"/>
                <w:szCs w:val="36"/>
              </w:rPr>
            </w:pPr>
            <w:r w:rsidRPr="00903FA4">
              <w:rPr>
                <w:rFonts w:ascii="Calibri" w:hAnsi="Calibri"/>
                <w:b/>
                <w:color w:val="FFFFFF"/>
                <w:sz w:val="24"/>
                <w:szCs w:val="36"/>
              </w:rPr>
              <w:t xml:space="preserve">5. SUBSCRIPTION &amp; PAYMENT SCHEDULE (Financial year </w:t>
            </w:r>
            <w:proofErr w:type="gramStart"/>
            <w:r w:rsidRPr="00903FA4">
              <w:rPr>
                <w:rFonts w:ascii="Calibri" w:hAnsi="Calibri"/>
                <w:b/>
                <w:color w:val="FFFFFF"/>
                <w:sz w:val="24"/>
                <w:szCs w:val="36"/>
              </w:rPr>
              <w:t>runs</w:t>
            </w:r>
            <w:proofErr w:type="gramEnd"/>
            <w:r w:rsidRPr="00903FA4">
              <w:rPr>
                <w:rFonts w:ascii="Calibri" w:hAnsi="Calibri"/>
                <w:b/>
                <w:color w:val="FFFFFF"/>
                <w:sz w:val="24"/>
                <w:szCs w:val="36"/>
              </w:rPr>
              <w:t xml:space="preserve"> 1 July to 30 June)</w:t>
            </w:r>
          </w:p>
        </w:tc>
      </w:tr>
      <w:tr w:rsidR="00732B6B" w:rsidRPr="00903FA4" w14:paraId="47A68F6E" w14:textId="77777777" w:rsidTr="00903FA4">
        <w:trPr>
          <w:jc w:val="center"/>
        </w:trPr>
        <w:tc>
          <w:tcPr>
            <w:tcW w:w="2102" w:type="dxa"/>
            <w:shd w:val="clear" w:color="auto" w:fill="F2F2F2"/>
            <w:tcMar>
              <w:top w:w="16" w:type="dxa"/>
              <w:left w:w="25" w:type="dxa"/>
              <w:bottom w:w="16" w:type="dxa"/>
              <w:right w:w="25" w:type="dxa"/>
            </w:tcMar>
          </w:tcPr>
          <w:p w14:paraId="2D2C1565" w14:textId="77777777" w:rsidR="00732B6B" w:rsidRPr="00903FA4" w:rsidRDefault="00617CB3">
            <w:pPr>
              <w:spacing w:after="0"/>
              <w:rPr>
                <w:sz w:val="36"/>
                <w:szCs w:val="36"/>
              </w:rPr>
            </w:pPr>
            <w:r w:rsidRPr="00903FA4">
              <w:rPr>
                <w:rFonts w:ascii="Calibri" w:hAnsi="Calibri"/>
                <w:b/>
                <w:szCs w:val="36"/>
              </w:rPr>
              <w:t>Category</w:t>
            </w:r>
          </w:p>
        </w:tc>
        <w:tc>
          <w:tcPr>
            <w:tcW w:w="1512" w:type="dxa"/>
            <w:shd w:val="clear" w:color="auto" w:fill="F2F2F2"/>
            <w:tcMar>
              <w:top w:w="16" w:type="dxa"/>
              <w:left w:w="25" w:type="dxa"/>
              <w:bottom w:w="16" w:type="dxa"/>
              <w:right w:w="25" w:type="dxa"/>
            </w:tcMar>
          </w:tcPr>
          <w:p w14:paraId="0F3D8C4D" w14:textId="77777777" w:rsidR="00732B6B" w:rsidRPr="00903FA4" w:rsidRDefault="00617CB3">
            <w:pPr>
              <w:spacing w:after="0"/>
              <w:rPr>
                <w:sz w:val="36"/>
                <w:szCs w:val="36"/>
              </w:rPr>
            </w:pPr>
            <w:r w:rsidRPr="00903FA4">
              <w:rPr>
                <w:rFonts w:ascii="Calibri" w:hAnsi="Calibri"/>
                <w:b/>
                <w:szCs w:val="36"/>
              </w:rPr>
              <w:t>Full Year (Jul-Sep)</w:t>
            </w:r>
          </w:p>
        </w:tc>
        <w:tc>
          <w:tcPr>
            <w:tcW w:w="1368" w:type="dxa"/>
            <w:shd w:val="clear" w:color="auto" w:fill="F2F2F2"/>
            <w:tcMar>
              <w:top w:w="16" w:type="dxa"/>
              <w:left w:w="25" w:type="dxa"/>
              <w:bottom w:w="16" w:type="dxa"/>
              <w:right w:w="25" w:type="dxa"/>
            </w:tcMar>
          </w:tcPr>
          <w:p w14:paraId="473C19D3" w14:textId="77777777" w:rsidR="00732B6B" w:rsidRPr="00903FA4" w:rsidRDefault="00617CB3">
            <w:pPr>
              <w:spacing w:after="0"/>
              <w:rPr>
                <w:sz w:val="36"/>
                <w:szCs w:val="36"/>
              </w:rPr>
            </w:pPr>
            <w:r w:rsidRPr="00903FA4">
              <w:rPr>
                <w:rFonts w:ascii="Calibri" w:hAnsi="Calibri"/>
                <w:b/>
                <w:szCs w:val="36"/>
              </w:rPr>
              <w:t>Q2 (Oct-Dec)</w:t>
            </w:r>
          </w:p>
        </w:tc>
        <w:tc>
          <w:tcPr>
            <w:tcW w:w="1368" w:type="dxa"/>
            <w:shd w:val="clear" w:color="auto" w:fill="F2F2F2"/>
            <w:tcMar>
              <w:top w:w="16" w:type="dxa"/>
              <w:left w:w="25" w:type="dxa"/>
              <w:bottom w:w="16" w:type="dxa"/>
              <w:right w:w="25" w:type="dxa"/>
            </w:tcMar>
          </w:tcPr>
          <w:p w14:paraId="67B781CD" w14:textId="77777777" w:rsidR="00732B6B" w:rsidRPr="00903FA4" w:rsidRDefault="00617CB3">
            <w:pPr>
              <w:spacing w:after="0"/>
              <w:rPr>
                <w:sz w:val="36"/>
                <w:szCs w:val="36"/>
              </w:rPr>
            </w:pPr>
            <w:r w:rsidRPr="00903FA4">
              <w:rPr>
                <w:rFonts w:ascii="Calibri" w:hAnsi="Calibri"/>
                <w:b/>
                <w:szCs w:val="36"/>
              </w:rPr>
              <w:t>Q3 (Jan-Mar)</w:t>
            </w:r>
          </w:p>
        </w:tc>
        <w:tc>
          <w:tcPr>
            <w:tcW w:w="1656" w:type="dxa"/>
            <w:shd w:val="clear" w:color="auto" w:fill="F2F2F2"/>
            <w:tcMar>
              <w:top w:w="16" w:type="dxa"/>
              <w:left w:w="25" w:type="dxa"/>
              <w:bottom w:w="16" w:type="dxa"/>
              <w:right w:w="25" w:type="dxa"/>
            </w:tcMar>
          </w:tcPr>
          <w:p w14:paraId="05FB80A0" w14:textId="77777777" w:rsidR="00732B6B" w:rsidRPr="00903FA4" w:rsidRDefault="00617CB3">
            <w:pPr>
              <w:spacing w:after="0"/>
              <w:rPr>
                <w:sz w:val="36"/>
                <w:szCs w:val="36"/>
              </w:rPr>
            </w:pPr>
            <w:r w:rsidRPr="00903FA4">
              <w:rPr>
                <w:rFonts w:ascii="Calibri" w:hAnsi="Calibri"/>
                <w:b/>
                <w:szCs w:val="36"/>
              </w:rPr>
              <w:t>Q4 (Apr-Jun)*</w:t>
            </w:r>
          </w:p>
        </w:tc>
        <w:tc>
          <w:tcPr>
            <w:tcW w:w="2572" w:type="dxa"/>
            <w:gridSpan w:val="2"/>
            <w:shd w:val="clear" w:color="auto" w:fill="F2F2F2"/>
            <w:tcMar>
              <w:top w:w="16" w:type="dxa"/>
              <w:left w:w="25" w:type="dxa"/>
              <w:bottom w:w="16" w:type="dxa"/>
              <w:right w:w="25" w:type="dxa"/>
            </w:tcMar>
          </w:tcPr>
          <w:p w14:paraId="1C8223DD" w14:textId="77777777" w:rsidR="00732B6B" w:rsidRPr="00903FA4" w:rsidRDefault="00617CB3">
            <w:pPr>
              <w:spacing w:after="0"/>
              <w:rPr>
                <w:sz w:val="36"/>
                <w:szCs w:val="36"/>
              </w:rPr>
            </w:pPr>
            <w:r w:rsidRPr="00903FA4">
              <w:rPr>
                <w:rFonts w:ascii="Calibri" w:hAnsi="Calibri"/>
                <w:b/>
                <w:szCs w:val="36"/>
              </w:rPr>
              <w:t>Payment Details</w:t>
            </w:r>
          </w:p>
        </w:tc>
      </w:tr>
      <w:tr w:rsidR="00732B6B" w:rsidRPr="00903FA4" w14:paraId="53C0B08F" w14:textId="77777777" w:rsidTr="00903FA4">
        <w:trPr>
          <w:jc w:val="center"/>
        </w:trPr>
        <w:tc>
          <w:tcPr>
            <w:tcW w:w="2102" w:type="dxa"/>
            <w:tcMar>
              <w:top w:w="14" w:type="dxa"/>
              <w:left w:w="25" w:type="dxa"/>
              <w:bottom w:w="14" w:type="dxa"/>
              <w:right w:w="25" w:type="dxa"/>
            </w:tcMar>
          </w:tcPr>
          <w:p w14:paraId="5BD94700" w14:textId="77777777" w:rsidR="00732B6B" w:rsidRPr="00903FA4" w:rsidRDefault="00617CB3">
            <w:pPr>
              <w:spacing w:after="0"/>
              <w:rPr>
                <w:sz w:val="36"/>
                <w:szCs w:val="36"/>
              </w:rPr>
            </w:pPr>
            <w:r w:rsidRPr="00903FA4">
              <w:rPr>
                <w:rFonts w:ascii="Calibri" w:hAnsi="Calibri"/>
                <w:szCs w:val="36"/>
              </w:rPr>
              <w:t>Single</w:t>
            </w:r>
          </w:p>
        </w:tc>
        <w:tc>
          <w:tcPr>
            <w:tcW w:w="1512" w:type="dxa"/>
            <w:tcMar>
              <w:top w:w="14" w:type="dxa"/>
              <w:left w:w="25" w:type="dxa"/>
              <w:bottom w:w="14" w:type="dxa"/>
              <w:right w:w="25" w:type="dxa"/>
            </w:tcMar>
          </w:tcPr>
          <w:p w14:paraId="3985B540" w14:textId="77777777" w:rsidR="00732B6B" w:rsidRPr="00903FA4" w:rsidRDefault="00617CB3">
            <w:pPr>
              <w:spacing w:after="0"/>
              <w:rPr>
                <w:sz w:val="36"/>
                <w:szCs w:val="36"/>
              </w:rPr>
            </w:pPr>
            <w:r w:rsidRPr="00903FA4">
              <w:rPr>
                <w:rFonts w:ascii="Calibri" w:hAnsi="Calibri"/>
                <w:szCs w:val="36"/>
              </w:rPr>
              <w:t>$70</w:t>
            </w:r>
          </w:p>
        </w:tc>
        <w:tc>
          <w:tcPr>
            <w:tcW w:w="1368" w:type="dxa"/>
            <w:tcMar>
              <w:top w:w="14" w:type="dxa"/>
              <w:left w:w="25" w:type="dxa"/>
              <w:bottom w:w="14" w:type="dxa"/>
              <w:right w:w="25" w:type="dxa"/>
            </w:tcMar>
          </w:tcPr>
          <w:p w14:paraId="59872174" w14:textId="77777777" w:rsidR="00732B6B" w:rsidRPr="00903FA4" w:rsidRDefault="00617CB3">
            <w:pPr>
              <w:spacing w:after="0"/>
              <w:rPr>
                <w:sz w:val="36"/>
                <w:szCs w:val="36"/>
              </w:rPr>
            </w:pPr>
            <w:r w:rsidRPr="00903FA4">
              <w:rPr>
                <w:rFonts w:ascii="Calibri" w:hAnsi="Calibri"/>
                <w:szCs w:val="36"/>
              </w:rPr>
              <w:t>$53</w:t>
            </w:r>
          </w:p>
        </w:tc>
        <w:tc>
          <w:tcPr>
            <w:tcW w:w="1368" w:type="dxa"/>
            <w:tcMar>
              <w:top w:w="14" w:type="dxa"/>
              <w:left w:w="25" w:type="dxa"/>
              <w:bottom w:w="14" w:type="dxa"/>
              <w:right w:w="25" w:type="dxa"/>
            </w:tcMar>
          </w:tcPr>
          <w:p w14:paraId="301B4ABD" w14:textId="77777777" w:rsidR="00732B6B" w:rsidRPr="00903FA4" w:rsidRDefault="00617CB3">
            <w:pPr>
              <w:spacing w:after="0"/>
              <w:rPr>
                <w:sz w:val="36"/>
                <w:szCs w:val="36"/>
              </w:rPr>
            </w:pPr>
            <w:r w:rsidRPr="00903FA4">
              <w:rPr>
                <w:rFonts w:ascii="Calibri" w:hAnsi="Calibri"/>
                <w:szCs w:val="36"/>
              </w:rPr>
              <w:t>$35</w:t>
            </w:r>
          </w:p>
        </w:tc>
        <w:tc>
          <w:tcPr>
            <w:tcW w:w="1656" w:type="dxa"/>
            <w:tcMar>
              <w:top w:w="14" w:type="dxa"/>
              <w:left w:w="25" w:type="dxa"/>
              <w:bottom w:w="14" w:type="dxa"/>
              <w:right w:w="25" w:type="dxa"/>
            </w:tcMar>
          </w:tcPr>
          <w:p w14:paraId="220F0835" w14:textId="77777777" w:rsidR="00732B6B" w:rsidRPr="00903FA4" w:rsidRDefault="00617CB3">
            <w:pPr>
              <w:spacing w:after="0"/>
              <w:rPr>
                <w:sz w:val="36"/>
                <w:szCs w:val="36"/>
              </w:rPr>
            </w:pPr>
            <w:r w:rsidRPr="00903FA4">
              <w:rPr>
                <w:rFonts w:ascii="Calibri" w:hAnsi="Calibri"/>
                <w:szCs w:val="36"/>
              </w:rPr>
              <w:t>$70</w:t>
            </w:r>
          </w:p>
        </w:tc>
        <w:tc>
          <w:tcPr>
            <w:tcW w:w="2572" w:type="dxa"/>
            <w:gridSpan w:val="2"/>
            <w:vMerge w:val="restart"/>
            <w:tcMar>
              <w:top w:w="14" w:type="dxa"/>
              <w:left w:w="25" w:type="dxa"/>
              <w:bottom w:w="14" w:type="dxa"/>
              <w:right w:w="25" w:type="dxa"/>
            </w:tcMar>
          </w:tcPr>
          <w:p w14:paraId="35BAA109" w14:textId="38418AA6" w:rsidR="00732B6B" w:rsidRPr="00903FA4" w:rsidRDefault="00617CB3">
            <w:pPr>
              <w:spacing w:after="0" w:line="170" w:lineRule="exact"/>
              <w:rPr>
                <w:sz w:val="36"/>
                <w:szCs w:val="36"/>
              </w:rPr>
            </w:pPr>
            <w:r w:rsidRPr="00903FA4">
              <w:rPr>
                <w:rFonts w:ascii="Calibri" w:hAnsi="Calibri"/>
                <w:sz w:val="20"/>
                <w:szCs w:val="36"/>
              </w:rPr>
              <w:t>Direct Credit / Internet Banking:</w:t>
            </w:r>
            <w:r w:rsidRPr="00903FA4">
              <w:rPr>
                <w:rFonts w:ascii="Calibri" w:hAnsi="Calibri"/>
                <w:sz w:val="20"/>
                <w:szCs w:val="36"/>
              </w:rPr>
              <w:br/>
              <w:t>03 0539 0165992 00</w:t>
            </w:r>
            <w:r w:rsidRPr="00903FA4">
              <w:rPr>
                <w:rFonts w:ascii="Calibri" w:hAnsi="Calibri"/>
                <w:sz w:val="20"/>
                <w:szCs w:val="36"/>
              </w:rPr>
              <w:br/>
              <w:t>Ref: Surname &amp; 'New Sub</w:t>
            </w:r>
            <w:r w:rsidR="00E44A34">
              <w:rPr>
                <w:rFonts w:ascii="Calibri" w:hAnsi="Calibri"/>
                <w:sz w:val="20"/>
                <w:szCs w:val="36"/>
              </w:rPr>
              <w:t>’</w:t>
            </w:r>
          </w:p>
        </w:tc>
      </w:tr>
      <w:tr w:rsidR="00732B6B" w:rsidRPr="00903FA4" w14:paraId="7B75513D" w14:textId="77777777" w:rsidTr="00903FA4">
        <w:trPr>
          <w:jc w:val="center"/>
        </w:trPr>
        <w:tc>
          <w:tcPr>
            <w:tcW w:w="2102" w:type="dxa"/>
            <w:tcMar>
              <w:top w:w="14" w:type="dxa"/>
              <w:left w:w="25" w:type="dxa"/>
              <w:bottom w:w="14" w:type="dxa"/>
              <w:right w:w="25" w:type="dxa"/>
            </w:tcMar>
          </w:tcPr>
          <w:p w14:paraId="22423312" w14:textId="77777777" w:rsidR="00732B6B" w:rsidRPr="00903FA4" w:rsidRDefault="00617CB3">
            <w:pPr>
              <w:spacing w:after="0"/>
              <w:rPr>
                <w:sz w:val="36"/>
                <w:szCs w:val="36"/>
              </w:rPr>
            </w:pPr>
            <w:r w:rsidRPr="00903FA4">
              <w:rPr>
                <w:rFonts w:ascii="Calibri" w:hAnsi="Calibri"/>
                <w:szCs w:val="36"/>
              </w:rPr>
              <w:t>Joint (Self + Partner)</w:t>
            </w:r>
          </w:p>
        </w:tc>
        <w:tc>
          <w:tcPr>
            <w:tcW w:w="1512" w:type="dxa"/>
            <w:tcMar>
              <w:top w:w="14" w:type="dxa"/>
              <w:left w:w="25" w:type="dxa"/>
              <w:bottom w:w="14" w:type="dxa"/>
              <w:right w:w="25" w:type="dxa"/>
            </w:tcMar>
          </w:tcPr>
          <w:p w14:paraId="60ADFA33" w14:textId="77777777" w:rsidR="00732B6B" w:rsidRPr="00903FA4" w:rsidRDefault="00617CB3">
            <w:pPr>
              <w:spacing w:after="0"/>
              <w:rPr>
                <w:sz w:val="36"/>
                <w:szCs w:val="36"/>
              </w:rPr>
            </w:pPr>
            <w:r w:rsidRPr="00903FA4">
              <w:rPr>
                <w:rFonts w:ascii="Calibri" w:hAnsi="Calibri"/>
                <w:szCs w:val="36"/>
              </w:rPr>
              <w:t>$80</w:t>
            </w:r>
          </w:p>
        </w:tc>
        <w:tc>
          <w:tcPr>
            <w:tcW w:w="1368" w:type="dxa"/>
            <w:tcMar>
              <w:top w:w="14" w:type="dxa"/>
              <w:left w:w="25" w:type="dxa"/>
              <w:bottom w:w="14" w:type="dxa"/>
              <w:right w:w="25" w:type="dxa"/>
            </w:tcMar>
          </w:tcPr>
          <w:p w14:paraId="0D646D5E" w14:textId="77777777" w:rsidR="00732B6B" w:rsidRPr="00903FA4" w:rsidRDefault="00617CB3">
            <w:pPr>
              <w:spacing w:after="0"/>
              <w:rPr>
                <w:sz w:val="36"/>
                <w:szCs w:val="36"/>
              </w:rPr>
            </w:pPr>
            <w:r w:rsidRPr="00903FA4">
              <w:rPr>
                <w:rFonts w:ascii="Calibri" w:hAnsi="Calibri"/>
                <w:szCs w:val="36"/>
              </w:rPr>
              <w:t>$65</w:t>
            </w:r>
          </w:p>
        </w:tc>
        <w:tc>
          <w:tcPr>
            <w:tcW w:w="1368" w:type="dxa"/>
            <w:tcMar>
              <w:top w:w="14" w:type="dxa"/>
              <w:left w:w="25" w:type="dxa"/>
              <w:bottom w:w="14" w:type="dxa"/>
              <w:right w:w="25" w:type="dxa"/>
            </w:tcMar>
          </w:tcPr>
          <w:p w14:paraId="60C465C5" w14:textId="77777777" w:rsidR="00732B6B" w:rsidRPr="00903FA4" w:rsidRDefault="00617CB3">
            <w:pPr>
              <w:spacing w:after="0"/>
              <w:rPr>
                <w:sz w:val="36"/>
                <w:szCs w:val="36"/>
              </w:rPr>
            </w:pPr>
            <w:r w:rsidRPr="00903FA4">
              <w:rPr>
                <w:rFonts w:ascii="Calibri" w:hAnsi="Calibri"/>
                <w:szCs w:val="36"/>
              </w:rPr>
              <w:t>$40</w:t>
            </w:r>
          </w:p>
        </w:tc>
        <w:tc>
          <w:tcPr>
            <w:tcW w:w="1656" w:type="dxa"/>
            <w:tcMar>
              <w:top w:w="14" w:type="dxa"/>
              <w:left w:w="25" w:type="dxa"/>
              <w:bottom w:w="14" w:type="dxa"/>
              <w:right w:w="25" w:type="dxa"/>
            </w:tcMar>
          </w:tcPr>
          <w:p w14:paraId="6981205D" w14:textId="77777777" w:rsidR="00732B6B" w:rsidRPr="00903FA4" w:rsidRDefault="00617CB3">
            <w:pPr>
              <w:spacing w:after="0"/>
              <w:rPr>
                <w:sz w:val="36"/>
                <w:szCs w:val="36"/>
              </w:rPr>
            </w:pPr>
            <w:r w:rsidRPr="00903FA4">
              <w:rPr>
                <w:rFonts w:ascii="Calibri" w:hAnsi="Calibri"/>
                <w:szCs w:val="36"/>
              </w:rPr>
              <w:t>$80</w:t>
            </w:r>
          </w:p>
        </w:tc>
        <w:tc>
          <w:tcPr>
            <w:tcW w:w="2572" w:type="dxa"/>
            <w:gridSpan w:val="2"/>
            <w:vMerge/>
          </w:tcPr>
          <w:p w14:paraId="19C37BE9" w14:textId="77777777" w:rsidR="00732B6B" w:rsidRPr="00903FA4" w:rsidRDefault="00732B6B">
            <w:pPr>
              <w:rPr>
                <w:sz w:val="36"/>
                <w:szCs w:val="36"/>
              </w:rPr>
            </w:pPr>
          </w:p>
        </w:tc>
      </w:tr>
      <w:tr w:rsidR="00732B6B" w:rsidRPr="00903FA4" w14:paraId="1CA07BA1" w14:textId="77777777" w:rsidTr="00903FA4">
        <w:trPr>
          <w:jc w:val="center"/>
        </w:trPr>
        <w:tc>
          <w:tcPr>
            <w:tcW w:w="2102" w:type="dxa"/>
            <w:tcMar>
              <w:top w:w="14" w:type="dxa"/>
              <w:left w:w="25" w:type="dxa"/>
              <w:bottom w:w="14" w:type="dxa"/>
              <w:right w:w="25" w:type="dxa"/>
            </w:tcMar>
          </w:tcPr>
          <w:p w14:paraId="5EBA88D2" w14:textId="77777777" w:rsidR="00732B6B" w:rsidRPr="00903FA4" w:rsidRDefault="00617CB3">
            <w:pPr>
              <w:spacing w:after="0"/>
              <w:rPr>
                <w:sz w:val="36"/>
                <w:szCs w:val="36"/>
              </w:rPr>
            </w:pPr>
            <w:r w:rsidRPr="00903FA4">
              <w:rPr>
                <w:rFonts w:ascii="Calibri" w:hAnsi="Calibri"/>
                <w:szCs w:val="36"/>
              </w:rPr>
              <w:t>Family (Joint + Children)</w:t>
            </w:r>
          </w:p>
        </w:tc>
        <w:tc>
          <w:tcPr>
            <w:tcW w:w="1512" w:type="dxa"/>
            <w:tcMar>
              <w:top w:w="14" w:type="dxa"/>
              <w:left w:w="25" w:type="dxa"/>
              <w:bottom w:w="14" w:type="dxa"/>
              <w:right w:w="25" w:type="dxa"/>
            </w:tcMar>
          </w:tcPr>
          <w:p w14:paraId="351FBD47" w14:textId="77777777" w:rsidR="00732B6B" w:rsidRPr="00903FA4" w:rsidRDefault="00617CB3">
            <w:pPr>
              <w:spacing w:after="0"/>
              <w:rPr>
                <w:sz w:val="36"/>
                <w:szCs w:val="36"/>
              </w:rPr>
            </w:pPr>
            <w:r w:rsidRPr="00903FA4">
              <w:rPr>
                <w:rFonts w:ascii="Calibri" w:hAnsi="Calibri"/>
                <w:szCs w:val="36"/>
              </w:rPr>
              <w:t>$90</w:t>
            </w:r>
          </w:p>
        </w:tc>
        <w:tc>
          <w:tcPr>
            <w:tcW w:w="1368" w:type="dxa"/>
            <w:tcMar>
              <w:top w:w="14" w:type="dxa"/>
              <w:left w:w="25" w:type="dxa"/>
              <w:bottom w:w="14" w:type="dxa"/>
              <w:right w:w="25" w:type="dxa"/>
            </w:tcMar>
          </w:tcPr>
          <w:p w14:paraId="1DAD103B" w14:textId="77777777" w:rsidR="00732B6B" w:rsidRPr="00903FA4" w:rsidRDefault="00617CB3">
            <w:pPr>
              <w:spacing w:after="0"/>
              <w:rPr>
                <w:sz w:val="36"/>
                <w:szCs w:val="36"/>
              </w:rPr>
            </w:pPr>
            <w:r w:rsidRPr="00903FA4">
              <w:rPr>
                <w:rFonts w:ascii="Calibri" w:hAnsi="Calibri"/>
                <w:szCs w:val="36"/>
              </w:rPr>
              <w:t>$68</w:t>
            </w:r>
          </w:p>
        </w:tc>
        <w:tc>
          <w:tcPr>
            <w:tcW w:w="1368" w:type="dxa"/>
            <w:tcMar>
              <w:top w:w="14" w:type="dxa"/>
              <w:left w:w="25" w:type="dxa"/>
              <w:bottom w:w="14" w:type="dxa"/>
              <w:right w:w="25" w:type="dxa"/>
            </w:tcMar>
          </w:tcPr>
          <w:p w14:paraId="13546D32" w14:textId="77777777" w:rsidR="00732B6B" w:rsidRPr="00903FA4" w:rsidRDefault="00617CB3">
            <w:pPr>
              <w:spacing w:after="0"/>
              <w:rPr>
                <w:sz w:val="36"/>
                <w:szCs w:val="36"/>
              </w:rPr>
            </w:pPr>
            <w:r w:rsidRPr="00903FA4">
              <w:rPr>
                <w:rFonts w:ascii="Calibri" w:hAnsi="Calibri"/>
                <w:szCs w:val="36"/>
              </w:rPr>
              <w:t>$45</w:t>
            </w:r>
          </w:p>
        </w:tc>
        <w:tc>
          <w:tcPr>
            <w:tcW w:w="1656" w:type="dxa"/>
            <w:tcMar>
              <w:top w:w="14" w:type="dxa"/>
              <w:left w:w="25" w:type="dxa"/>
              <w:bottom w:w="14" w:type="dxa"/>
              <w:right w:w="25" w:type="dxa"/>
            </w:tcMar>
          </w:tcPr>
          <w:p w14:paraId="28EDCEC3" w14:textId="77777777" w:rsidR="00732B6B" w:rsidRPr="00903FA4" w:rsidRDefault="00617CB3">
            <w:pPr>
              <w:spacing w:after="0"/>
              <w:rPr>
                <w:sz w:val="36"/>
                <w:szCs w:val="36"/>
              </w:rPr>
            </w:pPr>
            <w:r w:rsidRPr="00903FA4">
              <w:rPr>
                <w:rFonts w:ascii="Calibri" w:hAnsi="Calibri"/>
                <w:szCs w:val="36"/>
              </w:rPr>
              <w:t>$90</w:t>
            </w:r>
          </w:p>
        </w:tc>
        <w:tc>
          <w:tcPr>
            <w:tcW w:w="2572" w:type="dxa"/>
            <w:gridSpan w:val="2"/>
            <w:vMerge/>
          </w:tcPr>
          <w:p w14:paraId="4621E023" w14:textId="77777777" w:rsidR="00732B6B" w:rsidRPr="00903FA4" w:rsidRDefault="00732B6B">
            <w:pPr>
              <w:rPr>
                <w:sz w:val="36"/>
                <w:szCs w:val="36"/>
              </w:rPr>
            </w:pPr>
          </w:p>
        </w:tc>
      </w:tr>
      <w:tr w:rsidR="00732B6B" w:rsidRPr="00903FA4" w14:paraId="4FC15EB0" w14:textId="77777777">
        <w:trPr>
          <w:gridAfter w:val="1"/>
          <w:wAfter w:w="52" w:type="dxa"/>
          <w:jc w:val="center"/>
        </w:trPr>
        <w:tc>
          <w:tcPr>
            <w:tcW w:w="10526" w:type="dxa"/>
            <w:gridSpan w:val="6"/>
            <w:shd w:val="clear" w:color="auto" w:fill="8B0000"/>
            <w:tcMar>
              <w:top w:w="30" w:type="dxa"/>
              <w:left w:w="80" w:type="dxa"/>
              <w:bottom w:w="30" w:type="dxa"/>
              <w:right w:w="80" w:type="dxa"/>
            </w:tcMar>
          </w:tcPr>
          <w:p w14:paraId="2A0CFFE3" w14:textId="77777777" w:rsidR="00732B6B" w:rsidRPr="00903FA4" w:rsidRDefault="00617CB3">
            <w:pPr>
              <w:spacing w:after="0" w:line="200" w:lineRule="exact"/>
              <w:rPr>
                <w:sz w:val="36"/>
                <w:szCs w:val="36"/>
              </w:rPr>
            </w:pPr>
            <w:r w:rsidRPr="00903FA4">
              <w:rPr>
                <w:rFonts w:ascii="Calibri" w:hAnsi="Calibri"/>
                <w:b/>
                <w:color w:val="FFFFFF"/>
                <w:sz w:val="24"/>
                <w:szCs w:val="36"/>
              </w:rPr>
              <w:t>6. PRIVACY ACT 2020 DECLARATION &amp; SIGNATURE</w:t>
            </w:r>
          </w:p>
        </w:tc>
      </w:tr>
    </w:tbl>
    <w:p w14:paraId="485A5AC2" w14:textId="77777777" w:rsidR="00732B6B" w:rsidRPr="00903FA4" w:rsidRDefault="00617CB3">
      <w:pPr>
        <w:spacing w:before="20" w:after="20" w:line="170" w:lineRule="exact"/>
        <w:rPr>
          <w:sz w:val="36"/>
          <w:szCs w:val="36"/>
        </w:rPr>
      </w:pPr>
      <w:r w:rsidRPr="00903FA4">
        <w:rPr>
          <w:rFonts w:ascii="Calibri" w:hAnsi="Calibri"/>
          <w:i/>
          <w:sz w:val="20"/>
          <w:szCs w:val="36"/>
        </w:rPr>
        <w:t>The personal information above is collected and used by the MG Car Club (Wellington Centre) Inc. for the purpose of motoring events and club administration. You have the right of access to, and correction of, personal information held by the club. By signing below, you give permission for your contact details to be used for club communications and activity lists.</w:t>
      </w:r>
    </w:p>
    <w:tbl>
      <w:tblPr>
        <w:tblW w:w="0" w:type="auto"/>
        <w:jc w:val="center"/>
        <w:tblLook w:val="04A0" w:firstRow="1" w:lastRow="0" w:firstColumn="1" w:lastColumn="0" w:noHBand="0" w:noVBand="1"/>
      </w:tblPr>
      <w:tblGrid>
        <w:gridCol w:w="5263"/>
        <w:gridCol w:w="5263"/>
      </w:tblGrid>
      <w:tr w:rsidR="00732B6B" w:rsidRPr="00903FA4" w14:paraId="42D094E7" w14:textId="77777777">
        <w:trPr>
          <w:jc w:val="center"/>
        </w:trPr>
        <w:tc>
          <w:tcPr>
            <w:tcW w:w="5263" w:type="dxa"/>
            <w:tcMar>
              <w:top w:w="12" w:type="dxa"/>
              <w:left w:w="25" w:type="dxa"/>
              <w:bottom w:w="12" w:type="dxa"/>
              <w:right w:w="25" w:type="dxa"/>
            </w:tcMar>
          </w:tcPr>
          <w:p w14:paraId="4B7EE1D3" w14:textId="77777777" w:rsidR="005F45EF" w:rsidRDefault="00617CB3">
            <w:pPr>
              <w:spacing w:after="0" w:line="200" w:lineRule="exact"/>
              <w:rPr>
                <w:rFonts w:ascii="Calibri" w:hAnsi="Calibri"/>
                <w:szCs w:val="36"/>
              </w:rPr>
            </w:pPr>
            <w:r w:rsidRPr="00903FA4">
              <w:rPr>
                <w:rFonts w:ascii="Calibri" w:hAnsi="Calibri"/>
                <w:szCs w:val="36"/>
              </w:rPr>
              <w:t xml:space="preserve">Applicant Signature: ______________________ </w:t>
            </w:r>
          </w:p>
          <w:p w14:paraId="0B0298B0" w14:textId="6A8BCB74" w:rsidR="0021259E" w:rsidRDefault="00617CB3">
            <w:pPr>
              <w:spacing w:after="0" w:line="200" w:lineRule="exact"/>
              <w:rPr>
                <w:rFonts w:ascii="Calibri" w:hAnsi="Calibri"/>
                <w:szCs w:val="36"/>
              </w:rPr>
            </w:pPr>
            <w:r w:rsidRPr="00903FA4">
              <w:rPr>
                <w:rFonts w:ascii="Calibri" w:hAnsi="Calibri"/>
                <w:szCs w:val="36"/>
              </w:rPr>
              <w:t>Date: __</w:t>
            </w:r>
            <w:r w:rsidR="005F45EF">
              <w:rPr>
                <w:rFonts w:ascii="Calibri" w:hAnsi="Calibri"/>
                <w:szCs w:val="36"/>
              </w:rPr>
              <w:t>_________</w:t>
            </w:r>
            <w:r w:rsidRPr="00903FA4">
              <w:rPr>
                <w:rFonts w:ascii="Calibri" w:hAnsi="Calibri"/>
                <w:szCs w:val="36"/>
              </w:rPr>
              <w:br/>
            </w:r>
          </w:p>
          <w:p w14:paraId="4D588FA1" w14:textId="3CCC771E" w:rsidR="00732B6B" w:rsidRPr="00903FA4" w:rsidRDefault="00617CB3">
            <w:pPr>
              <w:spacing w:after="0" w:line="200" w:lineRule="exact"/>
              <w:rPr>
                <w:sz w:val="36"/>
                <w:szCs w:val="36"/>
              </w:rPr>
            </w:pPr>
            <w:r w:rsidRPr="00903FA4">
              <w:rPr>
                <w:rFonts w:ascii="Calibri" w:hAnsi="Calibri"/>
                <w:szCs w:val="36"/>
              </w:rPr>
              <w:t>Print Name: _________________________________________</w:t>
            </w:r>
          </w:p>
        </w:tc>
        <w:tc>
          <w:tcPr>
            <w:tcW w:w="5263" w:type="dxa"/>
            <w:tcMar>
              <w:top w:w="12" w:type="dxa"/>
              <w:left w:w="25" w:type="dxa"/>
              <w:bottom w:w="12" w:type="dxa"/>
              <w:right w:w="25" w:type="dxa"/>
            </w:tcMar>
          </w:tcPr>
          <w:p w14:paraId="149B4E14" w14:textId="6ED14496" w:rsidR="005F45EF" w:rsidRDefault="00617CB3">
            <w:pPr>
              <w:spacing w:after="0" w:line="200" w:lineRule="exact"/>
              <w:rPr>
                <w:rFonts w:ascii="Calibri" w:hAnsi="Calibri"/>
                <w:szCs w:val="36"/>
              </w:rPr>
            </w:pPr>
            <w:r w:rsidRPr="00903FA4">
              <w:rPr>
                <w:rFonts w:ascii="Calibri" w:hAnsi="Calibri"/>
                <w:szCs w:val="36"/>
              </w:rPr>
              <w:t>Spouse/Partner Signature: __________________</w:t>
            </w:r>
            <w:r w:rsidR="00776A80">
              <w:rPr>
                <w:rFonts w:ascii="Calibri" w:hAnsi="Calibri"/>
                <w:szCs w:val="36"/>
              </w:rPr>
              <w:t>___</w:t>
            </w:r>
          </w:p>
          <w:p w14:paraId="45F5854F" w14:textId="595B1897" w:rsidR="005F45EF" w:rsidRDefault="00617CB3">
            <w:pPr>
              <w:spacing w:after="0" w:line="200" w:lineRule="exact"/>
              <w:rPr>
                <w:rFonts w:ascii="Calibri" w:hAnsi="Calibri"/>
                <w:szCs w:val="36"/>
              </w:rPr>
            </w:pPr>
            <w:r w:rsidRPr="00903FA4">
              <w:rPr>
                <w:rFonts w:ascii="Calibri" w:hAnsi="Calibri"/>
                <w:szCs w:val="36"/>
              </w:rPr>
              <w:t>Date: ________</w:t>
            </w:r>
            <w:r w:rsidR="00776A80">
              <w:rPr>
                <w:rFonts w:ascii="Calibri" w:hAnsi="Calibri"/>
                <w:szCs w:val="36"/>
              </w:rPr>
              <w:t>___</w:t>
            </w:r>
            <w:r w:rsidRPr="00903FA4">
              <w:rPr>
                <w:rFonts w:ascii="Calibri" w:hAnsi="Calibri"/>
                <w:szCs w:val="36"/>
              </w:rPr>
              <w:br/>
            </w:r>
          </w:p>
          <w:p w14:paraId="598AF472" w14:textId="10090AF1" w:rsidR="00732B6B" w:rsidRPr="005F45EF" w:rsidRDefault="00617CB3">
            <w:pPr>
              <w:spacing w:after="0" w:line="200" w:lineRule="exact"/>
              <w:rPr>
                <w:rFonts w:ascii="Calibri" w:hAnsi="Calibri"/>
                <w:szCs w:val="36"/>
              </w:rPr>
            </w:pPr>
            <w:r w:rsidRPr="00903FA4">
              <w:rPr>
                <w:rFonts w:ascii="Calibri" w:hAnsi="Calibri"/>
                <w:szCs w:val="36"/>
              </w:rPr>
              <w:t>Print Name: _________________________________________</w:t>
            </w:r>
          </w:p>
        </w:tc>
      </w:tr>
    </w:tbl>
    <w:p w14:paraId="65F2CE99" w14:textId="4AC5F4D9" w:rsidR="00F97582" w:rsidRPr="005D79EC" w:rsidRDefault="00257BC2">
      <w:pPr>
        <w:spacing w:before="40" w:after="0"/>
        <w:rPr>
          <w:rFonts w:ascii="Calibri" w:hAnsi="Calibri"/>
          <w:b/>
          <w:color w:val="548DD4" w:themeColor="text2" w:themeTint="99"/>
          <w:szCs w:val="36"/>
        </w:rPr>
      </w:pPr>
      <w:r>
        <w:rPr>
          <w:rFonts w:ascii="Calibri" w:hAnsi="Calibri"/>
          <w:b/>
          <w:szCs w:val="36"/>
        </w:rPr>
        <w:t xml:space="preserve">You must post </w:t>
      </w:r>
      <w:r w:rsidR="006362FA">
        <w:rPr>
          <w:rFonts w:ascii="Calibri" w:hAnsi="Calibri"/>
          <w:b/>
          <w:szCs w:val="36"/>
        </w:rPr>
        <w:t xml:space="preserve">to our P.O Box above </w:t>
      </w:r>
      <w:r>
        <w:rPr>
          <w:rFonts w:ascii="Calibri" w:hAnsi="Calibri"/>
          <w:b/>
          <w:szCs w:val="36"/>
        </w:rPr>
        <w:t xml:space="preserve">or scan and email the completed form </w:t>
      </w:r>
      <w:r w:rsidR="00C6432E">
        <w:rPr>
          <w:rFonts w:ascii="Calibri" w:hAnsi="Calibri"/>
          <w:b/>
          <w:szCs w:val="36"/>
        </w:rPr>
        <w:t xml:space="preserve">to </w:t>
      </w:r>
      <w:r w:rsidR="00C6432E" w:rsidRPr="005D79EC">
        <w:rPr>
          <w:rFonts w:ascii="Calibri" w:hAnsi="Calibri"/>
          <w:b/>
          <w:i/>
          <w:iCs/>
          <w:color w:val="548DD4" w:themeColor="text2" w:themeTint="99"/>
          <w:szCs w:val="36"/>
        </w:rPr>
        <w:t>membership@mgcarclub.org.nz</w:t>
      </w:r>
    </w:p>
    <w:p w14:paraId="22730EF4" w14:textId="77777777" w:rsidR="005D79EC" w:rsidRDefault="005D79EC">
      <w:pPr>
        <w:spacing w:before="40" w:after="0"/>
        <w:rPr>
          <w:rFonts w:ascii="Calibri" w:hAnsi="Calibri"/>
          <w:b/>
          <w:szCs w:val="36"/>
        </w:rPr>
      </w:pPr>
    </w:p>
    <w:p w14:paraId="200F9ABB" w14:textId="29F47681" w:rsidR="00903FA4" w:rsidRPr="00903FA4" w:rsidRDefault="00617CB3" w:rsidP="005D79EC">
      <w:pPr>
        <w:pBdr>
          <w:top w:val="single" w:sz="4" w:space="1" w:color="auto"/>
          <w:left w:val="single" w:sz="4" w:space="4" w:color="auto"/>
          <w:bottom w:val="single" w:sz="4" w:space="1" w:color="auto"/>
          <w:right w:val="single" w:sz="4" w:space="4" w:color="auto"/>
          <w:between w:val="single" w:sz="4" w:space="1" w:color="auto"/>
          <w:bar w:val="single" w:sz="4" w:color="auto"/>
        </w:pBdr>
        <w:spacing w:before="40" w:after="0"/>
        <w:rPr>
          <w:rFonts w:ascii="Calibri" w:hAnsi="Calibri"/>
          <w:b/>
          <w:szCs w:val="36"/>
        </w:rPr>
      </w:pPr>
      <w:r w:rsidRPr="00903FA4">
        <w:rPr>
          <w:rFonts w:ascii="Calibri" w:hAnsi="Calibri"/>
          <w:b/>
          <w:szCs w:val="36"/>
        </w:rPr>
        <w:t xml:space="preserve">OFFICE USE ONLY:   Member No: </w:t>
      </w:r>
      <w:proofErr w:type="gramStart"/>
      <w:r w:rsidRPr="00903FA4">
        <w:rPr>
          <w:rFonts w:ascii="Calibri" w:hAnsi="Calibri"/>
          <w:b/>
          <w:szCs w:val="36"/>
        </w:rPr>
        <w:t xml:space="preserve">______________   [ </w:t>
      </w:r>
      <w:proofErr w:type="gramEnd"/>
      <w:r w:rsidRPr="00903FA4">
        <w:rPr>
          <w:rFonts w:ascii="Calibri" w:hAnsi="Calibri"/>
          <w:b/>
          <w:szCs w:val="36"/>
        </w:rPr>
        <w:t>] Database Updated   [ ] Card Sent   [ ] Email List Updated   [ ] Paid: $_______</w:t>
      </w:r>
    </w:p>
    <w:sectPr w:rsidR="00903FA4" w:rsidRPr="00903FA4" w:rsidSect="00034616">
      <w:pgSz w:w="11909" w:h="16834"/>
      <w:pgMar w:top="461" w:right="691" w:bottom="432" w:left="6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1770738">
    <w:abstractNumId w:val="8"/>
  </w:num>
  <w:num w:numId="2" w16cid:durableId="1911108966">
    <w:abstractNumId w:val="6"/>
  </w:num>
  <w:num w:numId="3" w16cid:durableId="83191382">
    <w:abstractNumId w:val="5"/>
  </w:num>
  <w:num w:numId="4" w16cid:durableId="1081101986">
    <w:abstractNumId w:val="4"/>
  </w:num>
  <w:num w:numId="5" w16cid:durableId="107898212">
    <w:abstractNumId w:val="7"/>
  </w:num>
  <w:num w:numId="6" w16cid:durableId="1843930298">
    <w:abstractNumId w:val="3"/>
  </w:num>
  <w:num w:numId="7" w16cid:durableId="940986627">
    <w:abstractNumId w:val="2"/>
  </w:num>
  <w:num w:numId="8" w16cid:durableId="21634909">
    <w:abstractNumId w:val="1"/>
  </w:num>
  <w:num w:numId="9" w16cid:durableId="2091658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582D"/>
    <w:rsid w:val="0021259E"/>
    <w:rsid w:val="00257BC2"/>
    <w:rsid w:val="0029639D"/>
    <w:rsid w:val="00326F90"/>
    <w:rsid w:val="005103A5"/>
    <w:rsid w:val="005D79EC"/>
    <w:rsid w:val="005F45EF"/>
    <w:rsid w:val="00617CB3"/>
    <w:rsid w:val="006362FA"/>
    <w:rsid w:val="00676750"/>
    <w:rsid w:val="006F7A4C"/>
    <w:rsid w:val="00732B6B"/>
    <w:rsid w:val="00776A80"/>
    <w:rsid w:val="008C4502"/>
    <w:rsid w:val="008F756E"/>
    <w:rsid w:val="00903FA4"/>
    <w:rsid w:val="00A371FC"/>
    <w:rsid w:val="00A54F3A"/>
    <w:rsid w:val="00AA1D8D"/>
    <w:rsid w:val="00B47730"/>
    <w:rsid w:val="00B85B96"/>
    <w:rsid w:val="00BC31FF"/>
    <w:rsid w:val="00C6432E"/>
    <w:rsid w:val="00CB0664"/>
    <w:rsid w:val="00E44A34"/>
    <w:rsid w:val="00F975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562D0C"/>
  <w14:defaultImageDpi w14:val="300"/>
  <w15:docId w15:val="{D51B09E1-6587-434B-ADD5-6F5A45D1D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Frizzup @gmail.com</cp:lastModifiedBy>
  <cp:revision>17</cp:revision>
  <cp:lastPrinted>2026-10-23T23:42:00Z</cp:lastPrinted>
  <dcterms:created xsi:type="dcterms:W3CDTF">2026-10-24T00:12:00Z</dcterms:created>
  <dcterms:modified xsi:type="dcterms:W3CDTF">2026-10-24T22:41:00Z</dcterms:modified>
  <cp:category/>
</cp:coreProperties>
</file>